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설비 고장 보고서 (초안) — 프레스 3호기 PRS-03</w:t>
      </w:r>
    </w:p>
    <w:p>
      <w:r>
        <w:rPr>
          <w:color w:val="C00000"/>
        </w:rPr>
        <w:t>교육 영상 시연용 가상 자료 (JJ정밀·한빛모터스(가상)은 가상입니다)</w:t>
      </w:r>
    </w:p>
    <w:p>
      <w:r>
        <w:t>앞서 작성한 고장 보고서(앞 업무 결과)</w:t>
      </w:r>
    </w:p>
    <w:p>
      <w:pPr>
        <w:pStyle w:val="Heading2"/>
      </w:pPr>
      <w:r>
        <w:t>1. 개요</w:t>
      </w:r>
    </w:p>
    <w:p>
      <w:r>
        <w:t>2026년 7월 8일 (수) 09:40~11:35, 프레스 3호기(PRS-03) 정지 115분. 작성: 설비보전팀 (확인 필요: 작성자·결재)</w:t>
      </w:r>
    </w:p>
    <w:p>
      <w:pPr>
        <w:pStyle w:val="Heading2"/>
      </w:pPr>
      <w:r>
        <w:t>2. 현상</w:t>
      </w:r>
    </w:p>
    <w:p>
      <w:r>
        <w:t>하부 슬라이드 쪽 베어링에서 소음과 진동이 함께 나 설비를 세움. 만져 보니 열이 있었음.</w:t>
      </w:r>
    </w:p>
    <w:p>
      <w:pPr>
        <w:pStyle w:val="Heading2"/>
      </w:pPr>
      <w:r>
        <w:t>3. 원인 추정</w:t>
      </w:r>
    </w:p>
    <w:p>
      <w:r>
        <w:t>가능성 1 (추정): 윤활 부족. 지난 보고서 R-01에서 그리스 보충 주기 초과가 원인. 이번 건은 마지막 보충일 기록이 없어 확인 필요.</w:t>
      </w:r>
    </w:p>
    <w:p>
      <w:r>
        <w:t>가능성 2 (추정): 정렬 어긋남. 지난 보고서 R-02에서 정렬 어긋남이 원인. 이번 건은 정렬을 재지 않아 확인 필요.</w:t>
      </w:r>
    </w:p>
    <w:p>
      <w:r>
        <w:t>참고: R-03은 원인 칸이 비어 있어 근거로 쓰지 않음.</w:t>
      </w:r>
    </w:p>
    <w:p>
      <w:pPr>
        <w:pStyle w:val="Heading2"/>
      </w:pPr>
      <w:r>
        <w:t>4. 조치</w:t>
      </w:r>
    </w:p>
    <w:p>
      <w:r>
        <w:t>베어링 교체, 그리스 보충, 11:35 재가동. 교체한 베어링은 마모 흔적이 보였고 사진은 없음.</w:t>
      </w:r>
    </w:p>
    <w:p>
      <w:pPr>
        <w:pStyle w:val="Heading2"/>
      </w:pPr>
      <w:r>
        <w:t>5. 재발 방지 (제안)</w:t>
      </w:r>
    </w:p>
    <w:p>
      <w:r>
        <w:t>그리스 보충일을 일지에 남기게 하기 (제안, 확정은 보전팀장)</w:t>
      </w:r>
    </w:p>
    <w:p>
      <w:r>
        <w:t>다음 정지 때 슬라이드 정렬 측정 (제안, 확정은 보전팀장)</w:t>
      </w:r>
    </w:p>
    <w:p>
      <w:r>
        <w:t>반복 고장 기준(반기 40번)을 넘은 설비로 따로 관리 (이번 반기 베어링 79번)</w:t>
      </w:r>
    </w:p>
    <w:p>
      <w:pPr>
        <w:pStyle w:val="Heading2"/>
      </w:pPr>
      <w:r>
        <w:t>6. 확인 필요</w:t>
      </w:r>
    </w:p>
    <w:p>
      <w:r>
        <w:rPr>
          <w:color w:val="C00000"/>
        </w:rPr>
        <w:t>(확인 필요) 정확한 원인</w:t>
      </w:r>
    </w:p>
    <w:p>
      <w:r>
        <w:rPr>
          <w:color w:val="C00000"/>
        </w:rPr>
        <w:t>(확인 필요) 그리스 마지막 보충일</w:t>
      </w:r>
    </w:p>
    <w:p>
      <w:r>
        <w:rPr>
          <w:color w:val="C00000"/>
        </w:rPr>
        <w:t>(확인 필요) 정지 동안 밀린 생산량</w:t>
      </w:r>
    </w:p>
    <w:p>
      <w:r>
        <w:rPr>
          <w:color w:val="C00000"/>
        </w:rPr>
        <w:t>(확인 필요) 정렬 상태</w:t>
      </w:r>
    </w:p>
    <w:p>
      <w:r>
        <w:t>참고: 이 설비는 트리밍(40번 공정) 프레스로도 쓰입니다.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