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JJ정밀은 가상 회사입니다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프레스 3호기 소음·진동 때 조치 안내 (현장용 초안)</w:t>
      </w:r>
    </w:p>
    <w:p>
      <w:r>
        <w:t>1. 소음이나 진동이 갑자기 커지면 먼저 설비를 멈춘다</w:t>
      </w:r>
    </w:p>
    <w:p>
      <w:r>
        <w:t>2. 하부 슬라이드 쪽 베어링 부위가 뜨거운지 장갑 낀 손등으로 확인한다</w:t>
      </w:r>
    </w:p>
    <w:p>
      <w:r>
        <w:t>3. 그리스를 마지막으로 넣은 날을 일지에서 찾아 적는다 (없으면 «기록 없음»)</w:t>
      </w:r>
    </w:p>
    <w:p>
      <w:r>
        <w:t>4. 보전팀에 알리고, 교체 전 베어링은 버리지 말고 사진을 찍어 둔다</w:t>
      </w:r>
    </w:p>
    <w:p>
      <w:r>
        <w:t>※ 초안입니다. 현장에 붙이기 전에 보전팀장과 안전 담당이 확인합니다.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