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JJ정밀은 가상 회사입니다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현장 메모 — 프레스 3호기 정지 (작업자 한기석)</w:t>
      </w:r>
    </w:p>
    <w:p>
      <w:r>
        <w:t>1. 2026-07-08 09:40 프레스 3호기(PRS-03) 정지. 소음과 진동이 같이 나서 세움</w:t>
      </w:r>
    </w:p>
    <w:p>
      <w:r>
        <w:t>2. 하부 슬라이드 쪽 베어링에서 소리, 만져 보니 열이 있음</w:t>
      </w:r>
    </w:p>
    <w:p>
      <w:r>
        <w:t>3. 베어링 교체하고 그리스 보충, 11:35 재가동 (115분)</w:t>
      </w:r>
    </w:p>
    <w:p>
      <w:r>
        <w:t>4. 교체한 베어링은 마모 흔적이 보임. 사진은 안 찍음</w:t>
      </w:r>
    </w:p>
    <w:p>
      <w:r>
        <w:t>5. 그리스를 마지막으로 보충한 날은 일지에 기록이 없음</w:t>
      </w:r>
    </w:p>
    <w:p>
      <w:r>
        <w:t>6. 정지 동안 밀린 생산량은 아직 집계 전</w:t>
      </w:r>
    </w:p>
    <w:p>
      <w:r>
        <w:t>※ 위 내용 말고는 확인한 것이 없음.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