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JJ정밀은 가상 회사입니다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설비 고장 보고서 모음 (2026년 상반기, 보전팀)</w:t>
      </w:r>
    </w:p>
    <w:p>
      <w:r>
        <w:t>보전팀이 지난 고장 보고서를 한곳에 모은 것입니다. 쓴 사람마다 적는 칸이 다릅니다.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R-01 PRS-03 베어링 소음 (2026-02-11)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105분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그리스 보충 주기 초과로 윤활 부족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베어링 교체, 그리스 보충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점검표에 그리스 보충 주기 항목 추가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R-02 PRS-03 베어링 과열·진동 (2026-04-23)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130분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슬라이드 쪽 정렬이 어긋나 한쪽에 하중이 쏠림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베어링 교체, 정렬 다시 맞춤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정렬 측정을 월 1회 하기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R-03 PRS-03 베어링 소음 (2026-05-30)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110분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(비어 있음)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베어링 교체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(비어 있음)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R-04 PRS-01 유압호스 누유 (2026-03-17)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90분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호스 체결부 헐거움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호스 교체, 체결 토크 확인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체결부 점검 주기 단축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R-05 CNC-02 센서 작동불량 (2026-05-06)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40분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센서 배선 접촉 불량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센서 교체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배선 고정 클립 추가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