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고객 접수 메일 모음 (11월)</w:t>
      </w:r>
    </w:p>
    <w:p>
      <w:r>
        <w:t>교육 영상 시연용 가상 자료 · 실제 회사와 무관</w:t>
      </w:r>
    </w:p>
    <w:p>
      <w:pPr>
        <w:pStyle w:val="Heading2"/>
      </w:pPr>
      <w:r>
        <w:t>메일 1</w:t>
      </w:r>
    </w:p>
    <w:p>
      <w:r>
        <w:t>받은 날: 2026-11-12</w:t>
        <w:br/>
        <w:t>보낸 사람: 한결리빙 오세린 매니저</w:t>
        <w:br/>
        <w:t>제목: [파손] 도자기 접시 세트 건 확인 부탁드립니다</w:t>
        <w:br/>
        <w:t>운송장번호: JJL-2611-018401</w:t>
        <w:br/>
        <w:t>첨부: 사진 1장 첨부</w:t>
      </w:r>
    </w:p>
    <w:p>
      <w:r>
        <w:t>안녕하세요, 한결리빙입니다. 11/4에 받았는데 박스 모서리가 찌그러져 있고 접시 2장이 깨져 있어요. 청구 희망 금액은 86,000원입니다. 확인 부탁드립니다.</w:t>
      </w:r>
    </w:p>
    <w:p>
      <w:pPr>
        <w:pStyle w:val="Heading2"/>
      </w:pPr>
      <w:r>
        <w:t>메일 2</w:t>
      </w:r>
    </w:p>
    <w:p>
      <w:r>
        <w:t>받은 날: 11/13</w:t>
        <w:br/>
        <w:t>보낸 사람: 새봄가구 윤서아 대리</w:t>
        <w:br/>
        <w:t>제목: [파손] 식탁 의자 4개 세트 건 확인 부탁드립니다</w:t>
        <w:br/>
        <w:t>운송장번호: JJL-2611-018452</w:t>
        <w:br/>
        <w:t>첨부: 사진 1장 첨부</w:t>
      </w:r>
    </w:p>
    <w:p>
      <w:r>
        <w:t>안녕하세요, 새봄가구입니다. 의자 다리 하나가 부러진 채로 왔습니다. 박스 한쪽이 눌려 있었어요. 청구 희망 금액은 129,000원입니다. 확인 부탁드립니다.</w:t>
      </w:r>
    </w:p>
    <w:p>
      <w:pPr>
        <w:pStyle w:val="Heading2"/>
      </w:pPr>
      <w:r>
        <w:t>메일 3</w:t>
      </w:r>
    </w:p>
    <w:p>
      <w:r>
        <w:t>받은 날: 11월 13일</w:t>
        <w:br/>
        <w:t>보낸 사람: 모아의류 한도윤 과장</w:t>
        <w:br/>
        <w:t>제목: [분실] 겨울 패딩 박스 건 확인 부탁드립니다</w:t>
        <w:br/>
        <w:t>운송장번호: JJL-2611-018466</w:t>
        <w:br/>
        <w:t>첨부: 송장 캡처 첨부</w:t>
      </w:r>
    </w:p>
    <w:p>
      <w:r>
        <w:t>안녕하세요, 모아의류입니다. 배송 완료로 뜨는데 받은 적이 없어요. 문 앞에도 없고 경비실에도 없대요. 청구 희망 금액은 73,000원입니다. 확인 부탁드립니다.</w:t>
      </w:r>
    </w:p>
    <w:p>
      <w:pPr>
        <w:pStyle w:val="Heading2"/>
      </w:pPr>
      <w:r>
        <w:t>메일 4</w:t>
      </w:r>
    </w:p>
    <w:p>
      <w:r>
        <w:t>받은 날: 2026.11.14</w:t>
        <w:br/>
        <w:t>보낸 사람: 한결리빙 오세린 매니저</w:t>
        <w:br/>
        <w:t>제목: [파손] 책상 상판 건 확인 부탁드립니다</w:t>
        <w:br/>
        <w:t>운송장번호: JJL-2611-018322</w:t>
        <w:br/>
        <w:t>첨부: 사진 1장 첨부</w:t>
      </w:r>
    </w:p>
    <w:p>
      <w:r>
        <w:t>안녕하세요, 한결리빙입니다. 11월 1일에 받은 책상 상판에 긴 스크래치가 있는 걸 오늘 포장을 풀다 알았어요. 청구 희망 금액은 95,000원입니다. 확인 부탁드립니다.</w:t>
      </w:r>
    </w:p>
    <w:p>
      <w:pPr>
        <w:pStyle w:val="Heading2"/>
      </w:pPr>
      <w:r>
        <w:t>메일 5</w:t>
      </w:r>
    </w:p>
    <w:p>
      <w:r>
        <w:t>받은 날: 11-12</w:t>
        <w:br/>
        <w:t>보낸 사람: 달빛화장품 임수빈 대리</w:t>
        <w:br/>
        <w:t>제목: [파손] 향수 12병 건 확인 부탁드립니다</w:t>
        <w:br/>
        <w:t>운송장번호: JJL-2611-018410</w:t>
        <w:br/>
        <w:t>첨부: 사진 1장 첨부</w:t>
      </w:r>
    </w:p>
    <w:p>
      <w:r>
        <w:t>안녕하세요, 달빛화장품입니다. 향수병 두 개가 깨져 있어요. 11/9에 받았습니다. 청구 희망 금액은 62,000원입니다. 확인 부탁드립니다.</w:t>
      </w:r>
    </w:p>
    <w:p>
      <w:pPr>
        <w:pStyle w:val="Heading2"/>
      </w:pPr>
      <w:r>
        <w:t>메일 6</w:t>
      </w:r>
    </w:p>
    <w:p>
      <w:r>
        <w:t>받은 날: 2026-11-16</w:t>
        <w:br/>
        <w:t>보낸 사람: 다온푸드 정하준 팀장</w:t>
        <w:br/>
        <w:t>제목: [파손] 간장 5L 박스 건 확인 부탁드립니다</w:t>
        <w:br/>
        <w:t>운송장번호: JJL-2611-018520</w:t>
        <w:br/>
        <w:t>첨부: 사진 1장 첨부</w:t>
      </w:r>
    </w:p>
    <w:p>
      <w:r>
        <w:t>안녕하세요, 다온푸드입니다. 간장통에서 새서 박스가 젖은 채 왔어요. 어제 받았습니다. 청구 희망 금액은 38,000원입니다. 확인 부탁드립니다.</w:t>
      </w:r>
    </w:p>
    <w:p>
      <w:pPr>
        <w:pStyle w:val="Heading2"/>
      </w:pPr>
      <w:r>
        <w:t>메일 7</w:t>
      </w:r>
    </w:p>
    <w:p>
      <w:r>
        <w:t>받은 날: 11/10</w:t>
        <w:br/>
        <w:t>보낸 사람: 모아의류 한도윤 과장</w:t>
        <w:br/>
        <w:t>제목: [파손] 청바지 박스 건 확인 부탁드립니다</w:t>
        <w:br/>
        <w:t>운송장번호: (적혀 있지 않음)</w:t>
        <w:br/>
        <w:t>첨부: 사진 1장 첨부</w:t>
      </w:r>
    </w:p>
    <w:p>
      <w:r>
        <w:t>안녕하세요, 모아의류입니다. 11월 7일에 받았는데 박스가 비에 젖어 청바지가 축축했어요. 청구 희망 금액은 56,000원입니다. 확인 부탁드립니다.</w:t>
      </w:r>
    </w:p>
    <w:p>
      <w:pPr>
        <w:pStyle w:val="Heading2"/>
      </w:pPr>
      <w:r>
        <w:t>메일 8</w:t>
      </w:r>
    </w:p>
    <w:p>
      <w:r>
        <w:t>받은 날: 11월 9일</w:t>
        <w:br/>
        <w:t>보낸 사람: 새봄가구 윤서아 대리</w:t>
        <w:br/>
        <w:t>제목: [분실] 책장 부품 박스(2박스 중 1박스) 건 확인 부탁드립니다</w:t>
        <w:br/>
        <w:t>운송장번호: JJL-2611-018350</w:t>
        <w:br/>
        <w:t>첨부: 송장 캡처 첨부</w:t>
      </w:r>
    </w:p>
    <w:p>
      <w:r>
        <w:t>안녕하세요, 새봄가구입니다. 박스가 2개여야 하는데 1개만 왔어요. 나머지 1개가 안 와요. 청구 희망 금액은 88,000원입니다. 확인 부탁드립니다.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