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JJ로지스 센터 공통 운영 규정</w:t>
      </w:r>
    </w:p>
    <w:p>
      <w:r>
        <w:t>대상: 센터 관리자, 신규 직원 / 화주별 SOP와 함께 본다.</w:t>
      </w:r>
    </w:p>
    <w:p>
      <w:pPr>
        <w:pStyle w:val="Heading3"/>
      </w:pPr>
      <w:r>
        <w:t>1. 입고 차량</w:t>
      </w:r>
    </w:p>
    <w:p>
      <w:r>
        <w:t>차량이 도착하면 2시간 안에 하차를 시작한다.</w:t>
      </w:r>
    </w:p>
    <w:p>
      <w:pPr>
        <w:pStyle w:val="Heading3"/>
      </w:pPr>
      <w:r>
        <w:t>2. 기본 입고 검수</w:t>
      </w:r>
    </w:p>
    <w:p>
      <w:r>
        <w:t>화주 SOP가 없으면 냉장 10℃ 이하, 냉동 -15℃ 이하일 때 입고한다.</w:t>
      </w:r>
    </w:p>
    <w:p>
      <w:pPr>
        <w:pStyle w:val="Heading3"/>
      </w:pPr>
      <w:r>
        <w:t>3. 파손 보고</w:t>
      </w:r>
    </w:p>
    <w:p>
      <w:r>
        <w:t>외박스 파손은 사진 2장 이상을 찍어 센터장에게 보고한다.</w:t>
      </w:r>
    </w:p>
    <w:p>
      <w:pPr>
        <w:pStyle w:val="Heading3"/>
      </w:pPr>
      <w:r>
        <w:t>4. 안전</w:t>
      </w:r>
    </w:p>
    <w:p>
      <w:r>
        <w:t>팔레트는 최대 3단까지 쌓는다. 이 항목은 화주 SOP와 달라도 이 문서가 우선한다.</w:t>
      </w:r>
    </w:p>
    <w:p>
      <w:pPr>
        <w:pStyle w:val="Heading3"/>
      </w:pPr>
      <w:r>
        <w:t>5. 우선순위</w:t>
      </w:r>
    </w:p>
    <w:p>
      <w:r>
        <w:t>화주 SOP가 센터 공통 규정과 다르면 화주 SOP를 따른다. 단, 4번 안전은 예외다.</w:t>
      </w:r>
    </w:p>
    <w:p>
      <w:pPr>
        <w:pStyle w:val="Heading3"/>
      </w:pPr>
      <w:r>
        <w:t>6. 문서에 없는 질문</w:t>
      </w:r>
    </w:p>
    <w:p>
      <w:r>
        <w:t>문서에 없는 내용은 짐작하지 말고 센터장과 화주 담당에게 확인한다.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