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관세사 확인 요청서 (초안 예시)</w:t>
      </w:r>
    </w:p>
    <w:p>
      <w:r>
        <w:t>요청: JJ로지스 (가상) 포워딩·통관팀 / 화주: 한결리빙 (가상 화주)</w:t>
      </w:r>
    </w:p>
    <w:p>
      <w:r>
        <w:t>아래 품목의 HS코드 후보를 정리했습니다. 확정 전에 확인을 부탁드립니다.</w:t>
      </w:r>
    </w:p>
    <w:p>
      <w:pPr>
        <w:pStyle w:val="Heading3"/>
      </w:pPr>
      <w:r>
        <w:t>스테인리스 보온 텀블러 (확인 필요 정도: 보통)</w:t>
      </w:r>
    </w:p>
    <w:p>
      <w:r>
        <w:t>주문서 설명: 스테인리스 보온 텀블러 500ml, 진공 이중벽, 뚜껑 포함</w:t>
      </w:r>
    </w:p>
    <w:p>
      <w:r>
        <w:t>후보 1: 9617.00 보온병류(진공 단열 용기) - 사양서에 «진공 이중벽» 단열 구조가 있고 용도가 음료 보온이라 진공 용기류에 가까움</w:t>
      </w:r>
    </w:p>
    <w:p>
      <w:r>
        <w:t>후보 2: 7323.93 스테인리스 주방·식탁용품 - 소재가 스테인리스이고 식탁용 용기라는 점에서 후보. 단열 구조를 어떻게 보느냐에 따라 갈림</w:t>
      </w:r>
    </w:p>
    <w:p>
      <w:r>
        <w:t>물어볼 것: 진공 단열 구조가 있는 텀블러를 진공 용기류로 보는지, 스테인리스 식탁용품으로 보는지 관세사 의견</w:t>
      </w:r>
    </w:p>
    <w:p>
      <w:pPr>
        <w:pStyle w:val="Heading3"/>
      </w:pPr>
      <w:r>
        <w:t>블루투스 무선 이어폰 (확인 필요 정도: 보통)</w:t>
      </w:r>
    </w:p>
    <w:p>
      <w:r>
        <w:t>주문서 설명: 블루투스 무선 이어폰 (충전 케이스 포함), 마이크 내장</w:t>
      </w:r>
    </w:p>
    <w:p>
      <w:r>
        <w:t>후보 1: 8518.30 헤드폰·이어폰류 - 주된 기능이 소리 듣기이고 마이크가 달린 이어폰도 이 분류로 보는 경우가 많음 (확인 필요)</w:t>
      </w:r>
    </w:p>
    <w:p>
      <w:r>
        <w:t>후보 2: 8517.62 무선 통신·송수신 기기 - 블루투스로 기기와 신호를 주고받는 기능을 중심으로 보면 후보</w:t>
      </w:r>
    </w:p>
    <w:p>
      <w:r>
        <w:t>물어볼 것: 충전 케이스를 이어폰과 한 묶음으로 신고해도 되는지, 마이크 내장이 분류에 영향을 주는지</w:t>
      </w:r>
    </w:p>
    <w:p>
      <w:pPr>
        <w:pStyle w:val="Heading3"/>
      </w:pPr>
      <w:r>
        <w:t>냉동 고기 만두 (확인 필요 정도: 높음)</w:t>
      </w:r>
    </w:p>
    <w:p>
      <w:r>
        <w:t>주문서 설명: 냉동 고기 만두 (돼지고기·소고기·채소 소), 1kg 봉지</w:t>
      </w:r>
    </w:p>
    <w:p>
      <w:r>
        <w:t>후보 1: 1902.20 소를 채운 파스타류(만두 포함) - 밀가루 피에 소를 넣은 모양이고 성분표의 고기 합계가 18%로 20% 안쪽처럼 보임 (기준은 확인 필요)</w:t>
      </w:r>
    </w:p>
    <w:p>
      <w:r>
        <w:t>후보 2: 1602.xx 조제 육류 (6자리는 확인 필요) - 고기 함량이 20%를 넘으면 육류 조제품 쪽으로 갈 수 있어 후보</w:t>
      </w:r>
    </w:p>
    <w:p>
      <w:r>
        <w:t>후보 3: 2106.90 기타 조제 식품 - 위 두 곳에 맞지 않을 때 마지막으로 보는 후보</w:t>
      </w:r>
    </w:p>
    <w:p>
      <w:r>
        <w:t>물어볼 것: 고기 함량 18%(돼지 12% + 소 6%)가 분류 기준 안쪽인지, 함량은 어떤 서류로 증명해야 하는지</w:t>
      </w:r>
    </w:p>
    <w:p>
      <w:pPr>
        <w:pStyle w:val="Heading3"/>
      </w:pPr>
      <w:r>
        <w:t>스마트워치 (확인 필요 정도: 높음)</w:t>
      </w:r>
    </w:p>
    <w:p>
      <w:r>
        <w:t>주문서 설명: 스마트워치 (블루투스 연결용, 통화 기능 없음)</w:t>
      </w:r>
    </w:p>
    <w:p>
      <w:r>
        <w:t>후보 1: 8517.62 무선 통신·송수신 기기 - 근거는 블루투스·알림 송수신. 단독 통화 기능이 있으면 더 가까워짐</w:t>
      </w:r>
    </w:p>
    <w:p>
      <w:r>
        <w:t>후보 2: 9102.xx 손목시계류 (6자리는 확인 필요) - 손목에 차고 시간을 보여 주는 점에서 후보</w:t>
      </w:r>
    </w:p>
    <w:p>
      <w:r>
        <w:t>물어볼 것: 주문서(통화 기능 없음)와 사양서(통화 지원)가 다른 점을 화주에게 확인한 뒤, 어느 쪽이 맞는지에 따른 분류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