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JJ웹툰 5.0 업데이트 안내 (내부용)</w:t>
      </w:r>
    </w:p>
    <w:p>
      <w:r>
        <w:t>배포 시작: 10월 15일 (앱 마켓 심사 후 단계적 배포) · 담당: 서비스기획팀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바뀐 곳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읽기 화면</w:t>
            </w:r>
          </w:p>
        </w:tc>
        <w:tc>
          <w:tcPr>
            <w:tcW w:type="dxa" w:w="4320"/>
          </w:tcPr>
          <w:p>
            <w:r>
              <w:t>읽기 화면을 새로 만들었다. 컷을 크게 보여 주고, 다음 화로 넘기는 방식과 메뉴 위치가 바뀐다.</w:t>
            </w:r>
          </w:p>
        </w:tc>
      </w:tr>
      <w:tr>
        <w:tc>
          <w:tcPr>
            <w:tcW w:type="dxa" w:w="4320"/>
          </w:tcPr>
          <w:p>
            <w:r>
              <w:t>이용권(JJ툰패스) 구매 화면</w:t>
            </w:r>
          </w:p>
        </w:tc>
        <w:tc>
          <w:tcPr>
            <w:tcW w:type="dxa" w:w="4320"/>
          </w:tcPr>
          <w:p>
            <w:r>
              <w:t>구매·해지 화면을 한 곳으로 모았다. 결제 수단 바꾸는 메뉴 위치가 바뀐다.</w:t>
            </w:r>
          </w:p>
        </w:tc>
      </w:tr>
      <w:tr>
        <w:tc>
          <w:tcPr>
            <w:tcW w:type="dxa" w:w="4320"/>
          </w:tcPr>
          <w:p>
            <w:r>
              <w:t>알림 설정</w:t>
            </w:r>
          </w:p>
        </w:tc>
        <w:tc>
          <w:tcPr>
            <w:tcW w:type="dxa" w:w="4320"/>
          </w:tcPr>
          <w:p>
            <w:r>
              <w:t>알림 설정 메뉴가 «내 정보» 안으로 옮겨진다.</w:t>
            </w:r>
          </w:p>
        </w:tc>
      </w:tr>
      <w:tr>
        <w:tc>
          <w:tcPr>
            <w:tcW w:type="dxa" w:w="4320"/>
          </w:tcPr>
          <w:p>
            <w:r>
              <w:t>작품 미리보기</w:t>
            </w:r>
          </w:p>
        </w:tc>
        <w:tc>
          <w:tcPr>
            <w:tcW w:type="dxa" w:w="4320"/>
          </w:tcPr>
          <w:p>
            <w:r>
              <w:t>작품 목록에서 다음 화 앞부분을 미리 볼 수 있는 기능이 새로 생긴다.</w:t>
            </w:r>
          </w:p>
        </w:tc>
      </w:tr>
    </w:tbl>
    <w:p>
      <w:r>
        <w:t>※ 공지는 앱 첫 화면 배너로만 나간다. 변경 안내 문자는 보내지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