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앱 반응 정리 기준 — 서비스기획·운영 공통 메모</w:t>
      </w:r>
    </w:p>
    <w:p>
      <w:r>
        <w:t>JJ디지털(가상, 통신 서비스·웹툰 플랫폼, 직원 900명) · 대상: JJ웹툰 앱 5.0 업데이트(10월 15일 배포 시작) 전후의 앱 마켓 리뷰와 팬 커뮤니티 글</w:t>
      </w:r>
    </w:p>
    <w:p>
      <w:r>
        <w:rPr>
          <w:b/>
        </w:rPr>
        <w:t>1. 감정은 네 가지</w:t>
      </w:r>
    </w:p>
    <w:p>
      <w:r>
        <w:t>칭찬만 있으면 «긍정», 불만만 있으면 «부정», 칭찬과 불만이 같이 있으면 «혼합», 묻는 글이면 «중립»으로 센다.</w:t>
      </w:r>
    </w:p>
    <w:p>
      <w:r>
        <w:rPr>
          <w:b/>
        </w:rPr>
        <w:t>2. 주제는 일곱 가지</w:t>
      </w:r>
    </w:p>
    <w:p>
      <w:r>
        <w:t>읽기 화면 / 앱 오류·속도 / 로그인·계정 / 결제·이용권·요금 / 알림·미리보기 / 작품·콘텐츠 / 고객응대. 이전자료의 2026-03 구버전 주제표는 쓰지 않는다.</w:t>
      </w:r>
    </w:p>
    <w:p>
      <w:r>
        <w:rPr>
          <w:b/>
        </w:rPr>
        <w:t>3. 글 하나에 주제 하나</w:t>
      </w:r>
    </w:p>
    <w:p>
      <w:r>
        <w:t>가장 크게 말한 주제 하나만 붙인다. 두세 가지가 비슷하게 섞여 어느 쪽인지 정하기 어려우면 짐작하지 말고 «주제 판단 어려움»으로 확인 필요에 모은다.</w:t>
      </w:r>
    </w:p>
    <w:p>
      <w:r>
        <w:rPr>
          <w:b/>
        </w:rPr>
        <w:t>4. 불만 원인은 상담 분류와 같은 기준</w:t>
      </w:r>
    </w:p>
    <w:p>
      <w:r>
        <w:t>앞서 정리한 상담 불만 분류 기준(안내 부족·금액 불일치·조건 이해·절차 복잡·시스템 오류·단순 문의)을 그대로 쓴다. 작품 취향이나 연재 일정 이야기는 «해당 없음».</w:t>
      </w:r>
    </w:p>
    <w:p>
      <w:r>
        <w:rPr>
          <w:b/>
        </w:rPr>
        <w:t>5. 업데이트 전후는 작성일로</w:t>
      </w:r>
    </w:p>
    <w:p>
      <w:r>
        <w:t>10월 15일 이전에 쓴 글은 «전», 이후는 «후». 앱 버전 칸은 참고만 한다. 버전이 비어 있거나 «v5.0.1»·«5.0.1»처럼 다르게 적혀 있어도 작성일로 정한다.</w:t>
      </w:r>
    </w:p>
    <w:p>
      <w:r>
        <w:rPr>
          <w:b/>
        </w:rPr>
        <w:t>6. 별점은 참고만</w:t>
      </w:r>
    </w:p>
    <w:p>
      <w:r>
        <w:t>별점과 내용이 반대로 보이는 글(별점 5점에 불만, 1점에 칭찬)은 반어일 수도 있으니 짐작하지 말고 확인 필요에 모은다.</w:t>
      </w:r>
    </w:p>
    <w:p>
      <w:r>
        <w:rPr>
          <w:b/>
        </w:rPr>
        <w:t>7. 내용이 없는 리뷰</w:t>
      </w:r>
    </w:p>
    <w:p>
      <w:r>
        <w:t>별점만 있고 글이 없으면 분류하지 않고 «내용 없음»으로 따로 센다. 글을 지어내서 채우지 않는다.</w:t>
      </w:r>
    </w:p>
    <w:p>
      <w:r>
        <w:rPr>
          <w:b/>
        </w:rPr>
        <w:t>8. 같은 글은 한 번만</w:t>
      </w:r>
    </w:p>
    <w:p>
      <w:r>
        <w:t>리뷰 번호가 같거나 제목·본문이 같은 글은 먼저 나온 것만 센다. 광고 글은 제외한다.</w:t>
      </w:r>
    </w:p>
    <w:p>
      <w:r>
        <w:rPr>
          <w:b/>
        </w:rPr>
        <w:t>9. 비율은 주제별로</w:t>
      </w:r>
    </w:p>
    <w:p>
      <w:r>
        <w:t>주제마다 긍정·부정·혼합·중립 건수를 그 주제의 전체 건수로 나눈다. 확인 필요·내용 없음·제외는 뺀 건수로 센다.</w:t>
      </w:r>
    </w:p>
    <w:p>
      <w:r>
        <w:rPr>
          <w:b/>
        </w:rPr>
        <w:t>10. 최종 판단은 사람이</w:t>
      </w:r>
    </w:p>
    <w:p>
      <w:r>
        <w:t>무엇을 먼저 고칠지, 공지를 어떻게 할지는 서비스기획 담당자가 정한다. 건수가 적은 기간의 비율은 크게 출렁이니 참고만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