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6"/>
        </w:rPr>
        <w:t>교육 영상 시연용 가상 자료 · 실제 회사·서비스와 무관</w:t>
      </w:r>
    </w:p>
    <w:p>
      <w:pPr>
        <w:pStyle w:val="Heading1"/>
      </w:pPr>
      <w:r>
        <w:t>장애 보고서 (초안) · INC-0412</w:t>
      </w:r>
    </w:p>
    <w:p>
      <w:r>
        <w:t>JJ디지털(가상) 서비스운영팀 · 발생일 2026-10-14 · 심각도 SEV2 · 초안(최종 확정은 팀장)</w:t>
      </w:r>
    </w:p>
    <w:p>
      <w:pPr>
        <w:pStyle w:val="Heading2"/>
      </w:pPr>
      <w:r>
        <w:t>1. 요약</w:t>
      </w:r>
    </w:p>
    <w:p>
      <w:r>
        <w:t>2026-10-14 21:48부터 22:52까지 64분 동안 안드로이드 앱에서 웹툰 그림이 불러와지지 않았다. 직전 배포(CHG-3108)를 롤백해 복구했다. 원인은 배포로 바뀐 이미지 경로 규칙 때문에 앱 요청이 캐시를 거치지 못하고 원본 저장소로 몰린 것으로 추정된다(직접 확인된 기록은 없음).</w:t>
      </w:r>
    </w:p>
    <w:p>
      <w:pPr>
        <w:pStyle w:val="Heading2"/>
      </w:pPr>
      <w:r>
        <w:t>2. 영향 범위</w:t>
      </w:r>
    </w:p>
    <w:p>
      <w:pPr>
        <w:pStyle w:val="ListBullet"/>
      </w:pPr>
      <w:r>
        <w:t>영향: 안드로이드 앱의 웹툰 그림 불러오기 실패. 웹은 정상(대응 채널 22:03·22:05). 아이폰 앱은 확인되지 않음 (확인 필요).</w:t>
      </w:r>
    </w:p>
    <w:p>
      <w:pPr>
        <w:pStyle w:val="ListBullet"/>
      </w:pPr>
      <w:r>
        <w:t>영향 시간: 21:48~22:52, 64분 (경보 발생~해제 기준).</w:t>
      </w:r>
    </w:p>
    <w:p>
      <w:pPr>
        <w:pStyle w:val="ListBullet"/>
      </w:pPr>
      <w:r>
        <w:t>최고 오류율: 9.4% (21:55, 5분 집계). 실패한 그림 요청 합계: 112,605건 (21:45~22:50, 5분 집계 14칸 합).</w:t>
      </w:r>
    </w:p>
    <w:p>
      <w:pPr>
        <w:pStyle w:val="ListBullet"/>
      </w:pPr>
      <w:r>
        <w:t>고객센터 문의: 87건 (대응 채널 22:45).</w:t>
      </w:r>
    </w:p>
    <w:p>
      <w:pPr>
        <w:pStyle w:val="Heading2"/>
      </w:pPr>
      <w:r>
        <w:t>3. 시간순 경과표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  <w:sz w:val="19"/>
              </w:rPr>
              <w:t>시각</w:t>
            </w:r>
          </w:p>
        </w:tc>
        <w:tc>
          <w:tcPr>
            <w:tcW w:type="dxa" w:w="2880"/>
          </w:tcPr>
          <w:p>
            <w:r>
              <w:rPr>
                <w:b/>
                <w:sz w:val="19"/>
              </w:rPr>
              <w:t>내용</w:t>
            </w:r>
          </w:p>
        </w:tc>
        <w:tc>
          <w:tcPr>
            <w:tcW w:type="dxa" w:w="2880"/>
          </w:tcPr>
          <w:p>
            <w:r>
              <w:rPr>
                <w:b/>
                <w:sz w:val="19"/>
              </w:rPr>
              <w:t>출처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21:30~21:34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배포 CHG-3108(이미지 경로 규칙 변경 + 캐시 유지 시간 조정) 진행·완료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배포 기록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21:41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경고: 이미지 원본 저장소 요청 수 증가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경보 기록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21:48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긴급: 안드로이드 앱 이미지 오류율 5% 초과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경보 기록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21:50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온콜 담당이 확인 시작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대응 채널 21:50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21:52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대응 채널 개설, 심각도 SEV2 선언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대응 채널 21:52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21:58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초기 판단: 웹·앱 전체 영향 (22:05에 정정됨)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대응 채널 21:58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22:05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정정: 웹은 정상, 안드로이드 앱만 영향 (아이폰은 미확인)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대응 채널 22:05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22:09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직전 배포 CHG-3108 확인, 앱이 새 경로 규칙을 쓰는 것 파악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대응 채널 22:09~22:10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22:20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롤백 결정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대응 채널 22:20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22:26~22:31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롤백 진행·완료 (5분)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대응 채널 22:26·22:31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22:52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오류율 1% 미만 확인, 경보 해제 → 복구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경보 기록·대응 채널 22:52</w:t>
            </w:r>
          </w:p>
        </w:tc>
      </w:tr>
    </w:tbl>
    <w:p>
      <w:pPr>
        <w:pStyle w:val="Heading2"/>
      </w:pPr>
      <w:r>
        <w:t>4. 원인</w:t>
      </w:r>
    </w:p>
    <w:p>
      <w:r>
        <w:t>확인된 것: 21:30 배포 CHG-3108이 이미지 경로 규칙과 캐시 유지 시간을 바꿨다(배포 기록). 안드로이드 앱은 새 경로 규칙으로 요청하고 웹은 옛 경로를 쓴다(대응 채널 22:10). 원본 저장소 요청 수와 CPU 사용률 경보가 발생했다(경보 기록). 롤백 뒤 오류율이 내려갔다.</w:t>
      </w:r>
    </w:p>
    <w:p>
      <w:r>
        <w:t>추정: 앱 요청이 캐시를 거치지 못하고 원본 저장소로 몰려 그림이 로딩되지 않았다(대응 채널 22:12, 가설로 표시됨).</w:t>
      </w:r>
    </w:p>
    <w:p>
      <w:r>
        <w:t>확인 필요: 배포 전 점검에서 왜 걸리지 않았는지.</w:t>
      </w:r>
    </w:p>
    <w:p>
      <w:pPr>
        <w:pStyle w:val="Heading2"/>
      </w:pPr>
      <w:r>
        <w:t>5. 조치</w:t>
      </w:r>
    </w:p>
    <w:p>
      <w:r>
        <w:t>22:20 롤백 결정, 22:26 시작, 22:31 완료(5분). 22:52 오류율 1% 미만 확인 후 경보 해제.</w:t>
      </w:r>
    </w:p>
    <w:p>
      <w:pPr>
        <w:pStyle w:val="Heading2"/>
      </w:pPr>
      <w:r>
        <w:t>6. 재발 방지 대책 (제안)</w:t>
      </w:r>
    </w:p>
    <w:p>
      <w:pPr>
        <w:pStyle w:val="ListBullet"/>
      </w:pPr>
      <w:r>
        <w:t>배포 전 점검 항목에 안드로이드 앱 이미지 경로 확인 추가 — 담당·기한: (확인 필요)</w:t>
      </w:r>
    </w:p>
    <w:p>
      <w:pPr>
        <w:pStyle w:val="ListBullet"/>
      </w:pPr>
      <w:r>
        <w:t>일부 이용자에게만 먼저 배포한 뒤 전체로 확대 — 담당·기한: (확인 필요)</w:t>
      </w:r>
    </w:p>
    <w:p>
      <w:pPr>
        <w:pStyle w:val="Heading2"/>
      </w:pPr>
      <w:r>
        <w:t>7. 확인 필요</w:t>
      </w:r>
    </w:p>
    <w:p>
      <w:pPr>
        <w:pStyle w:val="ListBullet"/>
      </w:pPr>
      <w:r>
        <w:t>아이폰 앱 영향 여부 (대화에 «지금 확인 못 함»)</w:t>
      </w:r>
    </w:p>
    <w:p>
      <w:pPr>
        <w:pStyle w:val="ListBullet"/>
      </w:pPr>
      <w:r>
        <w:t>배포 전 점검에서 왜 걸리지 않았는지 (대화 23:00, 확인 예정)</w:t>
      </w:r>
    </w:p>
    <w:p>
      <w:pPr>
        <w:pStyle w:val="ListBullet"/>
      </w:pPr>
      <w:r>
        <w:t>앱 재시작 없이 복구되는지 (대화 22:43, 확실하지 않음)</w:t>
      </w:r>
    </w:p>
    <w:p>
      <w:pPr>
        <w:pStyle w:val="ListBullet"/>
      </w:pPr>
      <w:r>
        <w:t>재발 방지 제안의 담당자와 기한 (22:58, 회의에서 정하기로 함)</w:t>
      </w:r>
    </w:p>
    <w:p>
      <w:pPr>
        <w:pStyle w:val="ListBullet"/>
      </w:pPr>
      <w:r>
        <w:t>원인은 «앱 요청이 캐시를 못 타고 원본으로 몰림» 가설 — 직접 확인된 기록은 없음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