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주간 영업장 현황판 만드는 기준 — 운영기획 공통 메모</w:t>
      </w:r>
    </w:p>
    <w:p>
      <w:r>
        <w:t>JJ리조트(가상) · 대상 주: 2026년 10월 26일~11월 1일 · 발주는 11월 7일(토) 분</w:t>
      </w:r>
    </w:p>
    <w:p>
      <w:r>
        <w:rPr>
          <w:b/>
        </w:rPr>
        <w:t>1. 숫자는 앞 업무 결과에서 그대로 가져온다</w:t>
      </w:r>
    </w:p>
    <w:p>
      <w:r>
        <w:t>리뷰·요금·발주·점검 숫자는 01_앞업무결과 파일에 이미 있다. 원본 판매·예약·점검 자료로 돌아가 다시 계산하지 않는다. 숫자 옆에 어느 파일의 어느 시트인지 적는다.</w:t>
      </w:r>
    </w:p>
    <w:p>
      <w:r>
        <w:rPr>
          <w:b/>
        </w:rPr>
        <w:t>2. 같은 파일은 한 번만</w:t>
      </w:r>
    </w:p>
    <w:p>
      <w:r>
        <w:t>이름 끝에 (복사본)이 붙은 파일은 같은 내용이다. 이전자료 폴더의 구버전은 쓰지 않는다.</w:t>
      </w:r>
    </w:p>
    <w:p>
      <w:r>
        <w:rPr>
          <w:b/>
        </w:rPr>
        <w:t>3. 영업장 이름은 하나로</w:t>
      </w:r>
    </w:p>
    <w:p>
      <w:r>
        <w:t>02_기준의 영업장 이름 기준표를 따른다. 표에 없거나 확실하지 않은 이름은 짐작하지 말고 «(확인 필요)»로 둔다.</w:t>
      </w:r>
    </w:p>
    <w:p>
      <w:r>
        <w:rPr>
          <w:b/>
        </w:rPr>
        <w:t>4. 금액은 원 단위로 통일</w:t>
      </w:r>
    </w:p>
    <w:p>
      <w:r>
        <w:t>«천 원» 단위로 적힌 표는 1,000을 곱해서 원으로 바꾼 뒤 지난주 숫자와 비교한다.</w:t>
      </w:r>
    </w:p>
    <w:p>
      <w:r>
        <w:rPr>
          <w:b/>
        </w:rPr>
        <w:t>5. 점수 척도가 다르면 섞지 않는다</w:t>
      </w:r>
    </w:p>
    <w:p>
      <w:r>
        <w:t>리뷰 별점은 5점 만점, 점검 점수는 100점 만점이다. 더하거나 평균 내지 않고 각각 따로 보여 준다.</w:t>
      </w:r>
    </w:p>
    <w:p>
      <w:r>
        <w:rPr>
          <w:b/>
        </w:rPr>
        <w:t>6. 패널마다 기준 날짜를 적는다</w:t>
      </w:r>
    </w:p>
    <w:p>
      <w:r>
        <w:t>리뷰는 10월 한 달(전월 대비), 요금·매출은 10/26~11/1(지난주 대비), 발주는 11/7, 점검은 10/12~10/21 점검분이다.</w:t>
      </w:r>
    </w:p>
    <w:p>
      <w:r>
        <w:rPr>
          <w:b/>
        </w:rPr>
        <w:t>7. 비교 숫자는 03_지난주 파일에서</w:t>
      </w:r>
    </w:p>
    <w:p>
      <w:r>
        <w:t>지난주(전월) 숫자가 없는 항목은 «비교 없음»으로 둔다. 짐작해서 채우지 않는다.</w:t>
      </w:r>
    </w:p>
    <w:p>
      <w:r>
        <w:rPr>
          <w:b/>
        </w:rPr>
        <w:t>8. 이번 주 할 일은 5개 이내</w:t>
      </w:r>
    </w:p>
    <w:p>
      <w:r>
        <w:t>안전·점검 → 매출·요금 → 고객 리뷰 → 구매 순서로 놓고, 담당 부서를 적는다.</w:t>
      </w:r>
    </w:p>
    <w:p>
      <w:r>
        <w:rPr>
          <w:b/>
        </w:rPr>
        <w:t>9. 최종 판단은 사람이</w:t>
      </w:r>
    </w:p>
    <w:p>
      <w:r>
        <w:t>요금 조정, 발주 확정, 개선 요청서 발송, 리뷰 답글 게시는 담당자가 확인한 뒤에 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