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내일 식자재 발주량 계산 기준 — 구매·운영팀 공통 메모</w:t>
      </w:r>
    </w:p>
    <w:p>
      <w:r>
        <w:t>JJ리조트(가상, 호텔·리조트·외식 매장 12곳 중 실습용 매장 6곳) · 대상: 2026년 10월 10일~11월 6일 판매량 · 계산할 날: 2026년 11월 7일(토)</w:t>
      </w:r>
    </w:p>
    <w:p>
      <w:r>
        <w:rPr>
          <w:b/>
        </w:rPr>
        <w:t>1. 같은 기록은 한 번만</w:t>
      </w:r>
    </w:p>
    <w:p>
      <w:r>
        <w:t>날짜·매장·메뉴가 같은 행이 두 번 나오면 먼저 나온 행만 센다. 복사본 파일의 같은 행도 한 번만 센다.</w:t>
      </w:r>
    </w:p>
    <w:p>
      <w:r>
        <w:rPr>
          <w:b/>
        </w:rPr>
        <w:t>2. 매장 이름은 하나로</w:t>
      </w:r>
    </w:p>
    <w:p>
      <w:r>
        <w:t>«솔잎한식당»과 «솔잎 한식당»처럼 띄어쓰기만 다른 이름은 같은 매장이다. 매장 이름은 02_재료표의 표기를 따른다.</w:t>
      </w:r>
    </w:p>
    <w:p>
      <w:r>
        <w:rPr>
          <w:b/>
        </w:rPr>
        <w:t>3. 내일과 같은 요일만 본다</w:t>
      </w:r>
    </w:p>
    <w:p>
      <w:r>
        <w:t>내일은 토요일이다. 매장·메뉴마다 최근 4주의 토요일 판매량 평균을 낸다.</w:t>
      </w:r>
    </w:p>
    <w:p>
      <w:r>
        <w:rPr>
          <w:b/>
        </w:rPr>
        <w:t>4. 빈칸은 0으로 보지 않는다</w:t>
      </w:r>
    </w:p>
    <w:p>
      <w:r>
        <w:t>판매량이 비어 있으면 0이 아니라 «기록이 없는 날»이다. 평균에서 빼고 «확인 필요»에 적는다.</w:t>
      </w:r>
    </w:p>
    <w:p>
      <w:r>
        <w:rPr>
          <w:b/>
        </w:rPr>
        <w:t>5. 행사·단체 날은 평균에서 뺀다</w:t>
      </w:r>
    </w:p>
    <w:p>
      <w:r>
        <w:t>04_내일정보에 적힌 단체 연회일처럼 평소와 다른 날은 평균에서 빼고 따로 적는다.</w:t>
      </w:r>
    </w:p>
    <w:p>
      <w:r>
        <w:rPr>
          <w:b/>
        </w:rPr>
        <w:t>6. 내일 날씨와 예약을 더한다</w:t>
      </w:r>
    </w:p>
    <w:p>
      <w:r>
        <w:t>비 예보면 매장마다 정해 둔 계수를 곱한다(04_내일정보). 단체 예약이 있으면 그 그릇 수를 더한다. 그릇 수는 반올림해서 정수로.</w:t>
      </w:r>
    </w:p>
    <w:p>
      <w:r>
        <w:rPr>
          <w:b/>
        </w:rPr>
        <w:t>7. 재료량으로 바꾼다</w:t>
      </w:r>
    </w:p>
    <w:p>
      <w:r>
        <w:t>예상 그릇 수 × 1인분 재료량(02_재료표)을 재료별로 모두 더한다.</w:t>
      </w:r>
    </w:p>
    <w:p>
      <w:r>
        <w:rPr>
          <w:b/>
        </w:rPr>
        <w:t>8. 안전 재고 10%</w:t>
      </w:r>
    </w:p>
    <w:p>
      <w:r>
        <w:t>재료별 필요량에 10%를 더해 여유를 둔다.</w:t>
      </w:r>
    </w:p>
    <w:p>
      <w:r>
        <w:rPr>
          <w:b/>
        </w:rPr>
        <w:t>9. 재고를 빼고 포장 단위로 올린다</w:t>
      </w:r>
    </w:p>
    <w:p>
      <w:r>
        <w:t>(필요량 + 10%) − 중앙주방 현재고. 모자라는 만큼을 거래처 포장 단위로 올림해서 발주한다. 남으면 0. 재고표에 kg 로 적힌 품목은 g 로 바꿔서 계산한다.</w:t>
      </w:r>
    </w:p>
    <w:p>
      <w:r>
        <w:rPr>
          <w:b/>
        </w:rPr>
        <w:t>10. 최종 판단은 사람이</w:t>
      </w:r>
    </w:p>
    <w:p>
      <w:r>
        <w:t>발주 확정, 예약·날씨 변동 반영, 거래처 주문 전송은 구매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