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주간 매출 리포트 작성 기준 — 수익관리·예약팀 공통 메모</w:t>
      </w:r>
    </w:p>
    <w:p>
      <w:r>
        <w:t>JJ리조트 오션 호텔(가상, 객실 120실) · 대상: 2026년 10월 26일(월)~11월 1일(일) · 전주(10월 19일~25일)와 비교</w:t>
      </w:r>
    </w:p>
    <w:p>
      <w:r>
        <w:rPr>
          <w:b/>
        </w:rPr>
        <w:t>1. 같은 예약은 한 번만</w:t>
      </w:r>
    </w:p>
    <w:p>
      <w:r>
        <w:t>예약번호가 두 번 나오면 먼저 나온 행만 센다. 복사본 파일의 같은 행도 한 번만 센다.</w:t>
      </w:r>
    </w:p>
    <w:p>
      <w:r>
        <w:rPr>
          <w:b/>
        </w:rPr>
        <w:t>2. 취소·노쇼는 뺀다</w:t>
      </w:r>
    </w:p>
    <w:p>
      <w:r>
        <w:t>상태가 취소나 노쇼인 행은 점유율·객단가·매출에서 뺀다. 건수는 따로 적는다.</w:t>
      </w:r>
    </w:p>
    <w:p>
      <w:r>
        <w:rPr>
          <w:b/>
        </w:rPr>
        <w:t>3. 요금이 비면 짐작하지 않는다</w:t>
      </w:r>
    </w:p>
    <w:p>
      <w:r>
        <w:t>확정 예약인데 1박 요금이 비어 있으면 평균 요금으로 채우지 말고 «확인 필요»로 모으고 집계에서 뺀다.</w:t>
      </w:r>
    </w:p>
    <w:p>
      <w:r>
        <w:rPr>
          <w:b/>
        </w:rPr>
        <w:t>4. 밤 단위로 센다</w:t>
      </w:r>
    </w:p>
    <w:p>
      <w:r>
        <w:t>체크인한 날부터 체크아웃 전날까지 하룻밤씩 센다. 보고 주(월~일)에 속한 밤만 그 주에 넣는다.</w:t>
      </w:r>
    </w:p>
    <w:p>
      <w:r>
        <w:rPr>
          <w:b/>
        </w:rPr>
        <w:t>5. 팔 수 있는 객실</w:t>
      </w:r>
    </w:p>
    <w:p>
      <w:r>
        <w:t>객실은 120실이다. 다만 보수 중인 객실 3실(10월 28일~11월 1일 밤)은 그 밤의 팔 수 있는 객실에서 뺀다.</w:t>
      </w:r>
    </w:p>
    <w:p>
      <w:r>
        <w:rPr>
          <w:b/>
        </w:rPr>
        <w:t>6. 숫자의 뜻</w:t>
      </w:r>
    </w:p>
    <w:p>
      <w:r>
        <w:t>점유율 = 판 객실 밤 수 ÷ 팔 수 있는 객실 밤 수. 객단가 = 객실 매출 ÷ 판 객실 밤 수. 객실당 매출 = 객실 매출 ÷ 팔 수 있는 객실 밤 수.</w:t>
      </w:r>
    </w:p>
    <w:p>
      <w:r>
        <w:rPr>
          <w:b/>
        </w:rPr>
        <w:t>7. 경쟁 호텔 요금 기준</w:t>
      </w:r>
    </w:p>
    <w:p>
      <w:r>
        <w:t>«스탠다드 더블, 조식 별도» 요금만 비교한다. 조식 포함 요금, 매진 표시, 빈칸은 평균에서 빼고 따로 적는다. 호텔 이름 표기가 달라도 같은 호텔이면 하나로 묶는다.</w:t>
      </w:r>
    </w:p>
    <w:p>
      <w:r>
        <w:rPr>
          <w:b/>
        </w:rPr>
        <w:t>8. 요금지수</w:t>
      </w:r>
    </w:p>
    <w:p>
      <w:r>
        <w:t>요금지수 = 우리 공시 요금 ÷ 경쟁 호텔 평균 × 100. 105 이상이면 «우리가 비싼 날», 85 이하면 «우리가 싼 날»로 본다(참고용).</w:t>
      </w:r>
    </w:p>
    <w:p>
      <w:r>
        <w:rPr>
          <w:b/>
        </w:rPr>
        <w:t>9. 살펴볼 날(후보)</w:t>
      </w:r>
    </w:p>
    <w:p>
      <w:r>
        <w:t>요금지수 105 이상이면서 점유율 70% 미만인 날, 요금지수 85 이하이면서 점유율 95% 이상인 날. 요금을 바꿀지는 수익관리 담당자가 정한다.</w:t>
      </w:r>
    </w:p>
    <w:p>
      <w:r>
        <w:rPr>
          <w:b/>
        </w:rPr>
        <w:t>10. 합계는 맞춰 본다</w:t>
      </w:r>
    </w:p>
    <w:p>
      <w:r>
        <w:t>전체 행 = 집계에 쓴 예약 + 취소·노쇼 + 요금 빈칸 + 중복 행.</w:t>
      </w:r>
    </w:p>
    <w:p>
      <w:r>
        <w:rPr>
          <w:b/>
        </w:rPr>
        <w:t>11. 투숙객 정보</w:t>
      </w:r>
    </w:p>
    <w:p>
      <w:r>
        <w:t>리포트에는 투숙객 이름을 넣지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