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회사·고객과 무관</w:t>
      </w:r>
    </w:p>
    <w:p>
      <w:pPr>
        <w:pStyle w:val="Heading1"/>
      </w:pPr>
      <w:r>
        <w:t>10월 고객 불만 분석 자료 요청</w:t>
      </w:r>
    </w:p>
    <w:p>
      <w:r>
        <w:t>수신: JJ리조트 고객관리·품질팀 담당자님   발신: 총지배인 품질회의(가상)</w:t>
      </w:r>
    </w:p>
    <w:p>
      <w:r>
        <w:t>11월 품질회의에서 «왜 10월에 점수가 떨어진 곳이 있는지»를 논의합니다. 아래 자료를 11월 12일까지 보내 주십시오.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불만 유형별 요약</w:t>
            </w:r>
          </w:p>
        </w:tc>
        <w:tc>
          <w:tcPr>
            <w:tcW w:type="dxa" w:w="2160"/>
          </w:tcPr>
          <w:p>
            <w:r>
              <w:t>건, %</w:t>
            </w:r>
          </w:p>
        </w:tc>
        <w:tc>
          <w:tcPr>
            <w:tcW w:type="dxa" w:w="2160"/>
          </w:tcPr>
          <w:p>
            <w:r>
              <w:t>유형마다 건수와 비중</w:t>
            </w:r>
          </w:p>
        </w:tc>
        <w:tc>
          <w:tcPr>
            <w:tcW w:type="dxa" w:w="2160"/>
          </w:tcPr>
          <w:p>
            <w:r>
              <w:t>기준 메모의 유형 이름 그대로</w:t>
            </w:r>
          </w:p>
        </w:tc>
      </w:tr>
      <w:tr>
        <w:tc>
          <w:tcPr>
            <w:tcW w:type="dxa" w:w="2160"/>
          </w:tcPr>
          <w:p>
            <w:r>
              <w:t>영업장 × 유형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영업장마다 유형별 건수</w:t>
            </w:r>
          </w:p>
        </w:tc>
        <w:tc>
          <w:tcPr>
            <w:tcW w:type="dxa" w:w="2160"/>
          </w:tcPr>
          <w:p>
            <w:r>
              <w:t>영업장 이름은 정리표대로</w:t>
            </w:r>
          </w:p>
        </w:tc>
      </w:tr>
      <w:tr>
        <w:tc>
          <w:tcPr>
            <w:tcW w:type="dxa" w:w="2160"/>
          </w:tcPr>
          <w:p>
            <w:r>
              <w:t>주차별 추이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10월 1~4주차 유형별 건수</w:t>
            </w:r>
          </w:p>
        </w:tc>
        <w:tc>
          <w:tcPr>
            <w:tcW w:type="dxa" w:w="2160"/>
          </w:tcPr>
          <w:p>
            <w:r>
              <w:t>4주차는 10일간</w:t>
            </w:r>
          </w:p>
        </w:tc>
      </w:tr>
      <w:tr>
        <w:tc>
          <w:tcPr>
            <w:tcW w:type="dxa" w:w="2160"/>
          </w:tcPr>
          <w:p>
            <w:r>
              <w:t>영업장별 별점 변화</w:t>
            </w:r>
          </w:p>
        </w:tc>
        <w:tc>
          <w:tcPr>
            <w:tcW w:type="dxa" w:w="2160"/>
          </w:tcPr>
          <w:p>
            <w:r>
              <w:t>점</w:t>
            </w:r>
          </w:p>
        </w:tc>
        <w:tc>
          <w:tcPr>
            <w:tcW w:type="dxa" w:w="2160"/>
          </w:tcPr>
          <w:p>
            <w:r>
              <w:t>10월 평균(5점 환산)과 9월 비교</w:t>
            </w:r>
          </w:p>
        </w:tc>
        <w:tc>
          <w:tcPr>
            <w:tcW w:type="dxa" w:w="2160"/>
          </w:tcPr>
          <w:p>
            <w:r>
              <w:t>내려간 곳은 가장 많은 불만도 함께</w:t>
            </w:r>
          </w:p>
        </w:tc>
      </w:tr>
      <w:tr>
        <w:tc>
          <w:tcPr>
            <w:tcW w:type="dxa" w:w="2160"/>
          </w:tcPr>
          <w:p>
            <w:r>
              <w:t>답글 대조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불만 리뷰 중 답글이 없는 건</w:t>
            </w:r>
          </w:p>
        </w:tc>
        <w:tc>
          <w:tcPr>
            <w:tcW w:type="dxa" w:w="2160"/>
          </w:tcPr>
          <w:p>
            <w:r>
              <w:t>별점 2점 이하 먼저</w:t>
            </w:r>
          </w:p>
        </w:tc>
      </w:tr>
      <w:tr>
        <w:tc>
          <w:tcPr>
            <w:tcW w:type="dxa" w:w="2160"/>
          </w:tcPr>
          <w:p>
            <w:r>
              <w:t>영업장별 개선 과제</w:t>
            </w:r>
          </w:p>
        </w:tc>
        <w:tc>
          <w:tcPr>
            <w:tcW w:type="dxa" w:w="2160"/>
          </w:tcPr>
          <w:p>
            <w:r>
              <w:t>개</w:t>
            </w:r>
          </w:p>
        </w:tc>
        <w:tc>
          <w:tcPr>
            <w:tcW w:type="dxa" w:w="2160"/>
          </w:tcPr>
          <w:p>
            <w:r>
              <w:t>영업장마다 불만 상위 2개의 과제 후보</w:t>
            </w:r>
          </w:p>
        </w:tc>
        <w:tc>
          <w:tcPr>
            <w:tcW w:type="dxa" w:w="2160"/>
          </w:tcPr>
          <w:p>
            <w:r>
              <w:t>담당 부서는 제안만</w:t>
            </w:r>
          </w:p>
        </w:tc>
      </w:tr>
      <w:tr>
        <w:tc>
          <w:tcPr>
            <w:tcW w:type="dxa" w:w="2160"/>
          </w:tcPr>
          <w:p>
            <w:r>
              <w:t>확인 필요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분류하지 못한 후기와 이유</w:t>
            </w:r>
          </w:p>
        </w:tc>
        <w:tc>
          <w:tcPr>
            <w:tcW w:type="dxa" w:w="2160"/>
          </w:tcPr>
          <w:p>
            <w:r>
              <w:t>임의로 분류하지 말 것</w:t>
            </w:r>
          </w:p>
        </w:tc>
      </w:tr>
    </w:tbl>
    <w:p>
      <w:r>
        <w:t>※ 고객 이름·연락처는 자료에 넣지 마십시오. 안전이 걱정되는 후기는 집계와 별도로 즉시 알려 주십시오.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