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회사·고객과 무관</w:t>
      </w:r>
    </w:p>
    <w:p>
      <w:pPr>
        <w:pStyle w:val="Heading1"/>
      </w:pPr>
      <w:r>
        <w:t>리뷰·고객의 소리 불만 분류 기준 — 고객관리·품질팀 메모</w:t>
      </w:r>
    </w:p>
    <w:p>
      <w:r>
        <w:t>JJ리조트(가상, 호텔·리조트·외식 매장 12곳) · 대상: 2026년 10월 리뷰·고객의 소리 · 실습 영업장 6곳 · 10월 초부터 본관 무인 체크인 키오스크, 15일부터 워터파크 QR 입장 도입</w:t>
      </w:r>
    </w:p>
    <w:p>
      <w:r>
        <w:rPr>
          <w:b/>
        </w:rPr>
        <w:t>1. 같은 리뷰는 한 번만</w:t>
      </w:r>
    </w:p>
    <w:p>
      <w:r>
        <w:t>리뷰번호가 두 번 나오면 먼저 나온 행만 센다. (복사본) 파일의 같은 행도 한 번만 센다.</w:t>
      </w:r>
    </w:p>
    <w:p>
      <w:r>
        <w:rPr>
          <w:b/>
        </w:rPr>
        <w:t>2. 별점은 5점으로 맞춘다</w:t>
      </w:r>
    </w:p>
    <w:p>
      <w:r>
        <w:t>예약사이트A는 10점 만점이다. 2로 나눠 5점으로 맞춘 뒤 평균을 낸다. 별점이 없는 고객의 소리는 평균에서 뺀다.</w:t>
      </w:r>
    </w:p>
    <w:p>
      <w:r>
        <w:rPr>
          <w:b/>
        </w:rPr>
        <w:t>3. 영업장 이름은 정리표대로</w:t>
      </w:r>
    </w:p>
    <w:p>
      <w:r>
        <w:t>04_기준의 영업장 이름 정리표에 맞춰 6곳으로 하나씩 쓴다. 표에 없는 다른 업체 리뷰는 «제외».</w:t>
      </w:r>
    </w:p>
    <w:p>
      <w:r>
        <w:rPr>
          <w:b/>
        </w:rPr>
        <w:t>4. 불만 유형은 8가지 이름만</w:t>
      </w:r>
    </w:p>
    <w:p>
      <w:r>
        <w:t>청결·위생 / 직원 응대 / 대기·지연 / 시설·설비 고장 / 음식 맛·품질 / 가격·추가요금 / 소음·주변 환경 / 예약·결제·안내 오류. 이 중 하나를 붙인다.</w:t>
      </w:r>
    </w:p>
    <w:p>
      <w:r>
        <w:rPr>
          <w:b/>
        </w:rPr>
        <w:t>5. 기준에 없는 주제는 새로 만들지 않는다</w:t>
      </w:r>
    </w:p>
    <w:p>
      <w:r>
        <w:t>8가지에 맞지 않는 불만은 유형을 새로 만들지 말고 «기준 밖»으로 따로 모은다. 새 유형을 넣을지는 품질회의가 정한다.</w:t>
      </w:r>
    </w:p>
    <w:p>
      <w:r>
        <w:rPr>
          <w:b/>
        </w:rPr>
        <w:t>6. 불만이 아니면 «불만 없음»</w:t>
      </w:r>
    </w:p>
    <w:p>
      <w:r>
        <w:t>칭찬, 문의, 단순 감상은 «불만 없음»으로 둔다.</w:t>
      </w:r>
    </w:p>
    <w:p>
      <w:r>
        <w:rPr>
          <w:b/>
        </w:rPr>
        <w:t>7. 불만이 섞이면 확인 필요</w:t>
      </w:r>
    </w:p>
    <w:p>
      <w:r>
        <w:t>한 후기에 서로 다른 불만이 같이 있어 하나로 정하기 어렵거나, 내용이 비어 있으면 짐작하지 않고 «확인 필요»로 모은다. 후보 유형을 적는다.</w:t>
      </w:r>
    </w:p>
    <w:p>
      <w:r>
        <w:rPr>
          <w:b/>
        </w:rPr>
        <w:t>8. 안전이 걱정되는 후기는 먼저 보고</w:t>
      </w:r>
    </w:p>
    <w:p>
      <w:r>
        <w:t>부상, 식중독 의심처럼 안전이 걱정되는 후기는 집계에 넣지 않고 «확인 필요»에 모은 뒤 담당자가 즉시 보고 체계를 확인한다.</w:t>
      </w:r>
    </w:p>
    <w:p>
      <w:r>
        <w:rPr>
          <w:b/>
        </w:rPr>
        <w:t>9. 고객 이름·연락처는 결과에 남기지 않는다</w:t>
      </w:r>
    </w:p>
    <w:p>
      <w:r>
        <w:t>내용에 이름이나 전화번호가 있으면 결과 파일에서는 ○○○, 010-****-**** 로 가린다.</w:t>
      </w:r>
    </w:p>
    <w:p>
      <w:r>
        <w:rPr>
          <w:b/>
        </w:rPr>
        <w:t>10. 주차는 날짜로</w:t>
      </w:r>
    </w:p>
    <w:p>
      <w:r>
        <w:t>1주차 1~7일, 2주차 8~14일, 3주차 15~21일, 4주차 22~31일(10일).</w:t>
      </w:r>
    </w:p>
    <w:p>
      <w:r>
        <w:rPr>
          <w:b/>
        </w:rPr>
        <w:t>11. 합계는 맞춰 본다</w:t>
      </w:r>
    </w:p>
    <w:p>
      <w:r>
        <w:t>전체 행 = 불만 유형 건수 + 기준 밖 + 불만 없음 + 확인 필요 + 제외한 행(복사본·같은 번호·다른 업체).</w:t>
      </w:r>
    </w:p>
    <w:p>
      <w:r>
        <w:rPr>
          <w:b/>
        </w:rPr>
        <w:t>12. 최종 판단은 사람이</w:t>
      </w:r>
    </w:p>
    <w:p>
      <w:r>
        <w:t>새 유형 추가, 원인 해석, 개선 과제 확정, 회의에 내는 숫자의 확정은 고객관리·품질팀 담당자가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