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회사·가상 손님(가명) · 실제 업체와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가온식당 지금 쓰는 복사 답글</w:t>
      </w:r>
    </w:p>
    <w:p>
      <w:r>
        <w:t>점주가 모든 리뷰에 돌려 붙이던 문장 3개입니다. 지난달 이 문장을 그대로 복사한 답글이 31건(가상)이었습니다.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번호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복사해 쓰던 문장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소중한 리뷰 감사합니다. 더욱 노력하는 가온식당이 되겠습니다.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불편을 드려 죄송합니다. 앞으로 더 나은 모습으로 보답하겠습니다.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리뷰 남겨 주셔서 감사합니다. 또 방문해 주세요.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