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회사·가상 손님(가명)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리뷰 답글 초안 14건 (점주·지배인 확인 전)</w:t>
      </w:r>
    </w:p>
    <w:p>
      <w:r>
        <w:t>JJ리조트 리뷰 14건 · 평균 별점 3.1 · 사람이 먼저 볼 건 3건. 아래는 AI 초안이며 점주·지배인이 읽고 고친 뒤 올립니다.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별점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메뉴·객실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유형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답글 초안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★★★★★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소불고기 도시락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칭찬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부드럽고 푸짐하게 드셨다니 소불고기 도시락을 만든 저희가 더 기쁩니다. 포장까지 깔끔하다고 말씀해 주셔서 힘이 납니다. 다음 주문 때도 같은 모습으로 보내 드리겠습니다.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매운 갈비찜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매운 갈비찜이 짜고, 1시간 넘게 걸려 식어서 도착했다니 기대하신 식사가 되지 못해 정말 죄송합니다. 간은 주방에서 다시 점검하고, 배달이 늦어진 경위도 확인하겠습니다. 다음 주문 때 요청사항에 «덜 짜게»라고 남겨 주시면 반영하겠습니다.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비빔밥 세트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일부 아쉬움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비빔밥 세트를 맛있게 드셨다니 다행이지만, 반찬이 하나 빠진 채 나간 점은 죄송합니다. 포장할 때 반찬 개수를 한 번 더 세어 보겠습니다. 다음 주문은 빠짐없이 챙겨 보내 드리겠습니다.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해물파전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사람이 먼저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(임시) 파전에서 머리카락이 나왔다니 정말 죄송합니다. 상황을 정확히 확인한 뒤 말씀드리겠습니다.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R05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갈비탕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일부 아쉬움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갈비탕 국물을 좋게 봐 주셔서 감사합니다. 고기 양이 아쉬우셨다는 말씀은 주방과 함께 살펴보겠습니다. 다음에는 더 만족하실 수 있도록 신경 쓰겠습니다.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R06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★★★★★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소불고기 도시락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칭찬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소불고기 도시락에 별 다섯 개를 남겨 주셔서 감사합니다. 글이 없어도 마음이 전해져 힘이 납니다. 다음에도 맛있게 보내 드리겠습니다.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R07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된장찌개 세트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된장찌개 세트를 시키셨는데 김치찌개가 도착해 많이 당황하셨겠습니다. 정말 죄송합니다. 주문서와 포장 단계에서 메뉴를 한 번 더 대조하겠습니다. 불편하셨던 부분은 매장 고객센터로 알려 주시면 확인하겠습니다.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R08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★★★★★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갈비찜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칭찬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갈비찜을 가족 모임에 시켜 주시고 다들 맛있다고 해 주셨다니 큰 힘이 됩니다. 재주문 말씀까지 감사합니다. 다음 주문도 정성껏 준비하겠습니다.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R09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★★★★★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오션뷰 객실 2박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칭찬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오션뷰 객실에서 보낸 시간을 좋게 말씀해 주셔서 감사합니다. 체크인을 도와드린 직원에게도 전하겠습니다. 바다 전망을 다시 보실 수 있도록 다음 방문을 기다리겠습니다.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오션뷰 객실 1박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일부 아쉬움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침구는 깨끗하게 느끼셨다니 다행이지만, 에어컨 소리로 잠을 설치셨다니 죄송합니다. 객실 설비팀에 점검을 요청하겠습니다. 다음 방문 때는 체크인하실 때 말씀해 주시면 다른 객실도 살펴보겠습니다.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R11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조식 포함 1박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불만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조식 식당이 붐벼 40분을 기다리신 점 죄송합니다. 붐비는 시간대의 안내와 자리 정리를 점검하겠습니다. 직원들을 친절하게 봐 주셔서 감사합니다.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R12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패밀리 객실 1박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사람이 먼저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(임시) 객실 상태와 기다리신 시간으로 불편을 드려 죄송합니다. 담당자가 내용을 확인하고 따로 연락드리겠습니다.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R13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★★★★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패밀리 객실 2박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일부 아쉬움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아이와 함께 수영장을 즐기셨다니 반갑습니다. 주차가 불편하셨던 점은 죄송하며, 안내와 운영 방식을 살펴보겠습니다. 가족분들과 좋은 시간이었기를 바랍니다.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R14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조식 포함 1박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사람이 먼저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(게시 보류 · 답글 없음)</w:t>
            </w:r>
          </w:p>
        </w:tc>
      </w:tr>
    </w:tbl>
    <w:p/>
    <w:p>
      <w:pPr>
        <w:pStyle w:val="Heading2"/>
      </w:pPr>
      <w:r>
        <w:t>사람이 먼저 볼 3건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누가 보나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R04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점주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이물질 신고 · 사진·주문번호 확인 · 환불은 플랫폼 규정과 점주 판단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R12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호텔 지배인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보상 문의 · 객실 상태·대기 경위 확인 · 보상 범위는 지배인 결정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R14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지배인 + 위생 담당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건강 피해 주장 · 원인 단정 금지 · 답글 전에 내부 확인 먼저</w:t>
            </w:r>
          </w:p>
        </w:tc>
      </w:tr>
    </w:tbl>
    <w:p/>
    <w:p>
      <w:r>
        <w:t>보상·환불·원인 확정은 답글에 쓰지 않았습니다. 최종 게시는 담당자가 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