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점검자(가명) · 실제 시설과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시설 안전점검표 양식 (시설용)</w:t>
      </w:r>
    </w:p>
    <w:p>
      <w:r>
        <w:t>JJ리조트 시설·안전팀 / 앞 업무(위생관리 계획서를 매장용 점검표로 바꾸기)에서 만든 시간대별 점검표 양식을 시설 점검용으로 바꾼 것</w:t>
      </w:r>
    </w:p>
    <w:p>
      <w:pPr>
        <w:pStyle w:val="Heading2"/>
      </w:pPr>
      <w:r>
        <w:t>점검표 칸 구성 (매장 위생 점검표에서 가져온 모양)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매장 위생 점검표에서는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시설 점검표에서는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점검 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냉장고·조리대·손 씻기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슬라이드 볼트·리프트 센서·안전 그물망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판정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적합 / 부적합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적합 / 부적합 / 해당없음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측정·기록 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기록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수질 수치·시험 결과 기록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이상 시 조치 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폐기·재조리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이용 중지 검토·수리 요청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점검자·시간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시간대별 서명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점검 날짜·점검자·시각</w:t>
            </w:r>
          </w:p>
        </w:tc>
      </w:tr>
    </w:tbl>
    <w:p>
      <w:pPr>
        <w:pStyle w:val="Heading2"/>
      </w:pPr>
      <w:r>
        <w:t>구역</w:t>
      </w:r>
    </w:p>
    <w:p>
      <w:pPr>
        <w:pStyle w:val="ListBullet"/>
      </w:pPr>
      <w:r>
        <w:t>워터파크: 슬라이드·놀이시설 / 수질·기계 / 안전요원·구조 / 이용객 동선 / 표지·기타</w:t>
      </w:r>
    </w:p>
    <w:p>
      <w:pPr>
        <w:pStyle w:val="ListBullet"/>
      </w:pPr>
      <w:r>
        <w:t>스키장: 리프트 / 슬로프 / 곤돌라·승강장 / 구조·응급 / 기타</w:t>
      </w:r>
    </w:p>
    <w:p>
      <w:pPr>
        <w:pStyle w:val="Heading2"/>
      </w:pPr>
      <w:r>
        <w:t>담당 부서 나누는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지적 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 부서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슬라이드·건물·바닥·표지판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펌프·열선·비상정지 장치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기계설비팀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구명·구조 장비, 응급 구조 썰매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안전팀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리프트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리프트운영팀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슬로프·그물망·패드·슬로프 표지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슬로프관리팀</w:t>
            </w:r>
          </w:p>
        </w:tc>
      </w:tr>
    </w:tbl>
    <w:p>
      <w:r>
        <w:t>조치 상태는 일지 비고에 적힌 대로만 쓴다. 교체·수리를 끝냈다고 적혀 있으면 «완료», 요청을 접수했다고 적혀 있으면 «진행중», 아무 말이 없으면 «미조치».</w:t>
      </w:r>
    </w:p>
    <w:p>
      <w:r>
        <w:t>부적합이 나오면 일지 비고 칸에 위치와 내용을 쓰고, 사진을 찍으면 일지 항목 번호를 사진 이름에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