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회사·가상 참석자(가명)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연회 코스 메뉴 설명문 · 알레르기 표시표 (조리장 확인 전)</w:t>
      </w:r>
    </w:p>
    <w:p>
      <w:r>
        <w:t>JJ리조트 한울물산(가명) 가을 워크숍 만찬 / 아래는 AI가 만든 초안이며 조리장이 확인해야 확정됩니다.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메뉴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설명문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알레르기 유발 재료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조리장 확인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훈제연어 카나페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바삭한 호밀빵 위에 훈제연어와 부드러운 크림치즈, 향긋한 딜을 올렸습니다.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우유, 밀 (밀 확인 필요)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단호박 크림수프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달콤한 단호박을 곱게 갈아 생크림으로 부드럽게 끓였습니다.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우유, 닭고기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호두 리코타 샐러드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루꼴라와 리코타치즈, 방울토마토에 구운 호두 드레싱을 곁들인 샐러드입니다.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우유, 호두, 토마토, 아황산류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한우 안심 스테이크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한우 안심을 구워 버섯과 감자퓌레, 데미글라스 소스와 함께 냅니다.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쇠고기, 우유, 밀, 대두, 토마토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새우 크림 파스타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통통한 새우와 스파게티면을 생크림 소스에 버무린 파스타입니다.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새우, 밀, 우유 · 아황산류 (확인 필요)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초콜릿 무스 케이크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진한 다크초콜릿 무스를 부드럽게 올린 케이크입니다.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알류, 우유, 밀, 대두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□</w:t>
            </w:r>
          </w:p>
        </w:tc>
      </w:tr>
    </w:tbl>
    <w:p/>
    <w:p>
      <w:pPr>
        <w:pStyle w:val="Heading2"/>
      </w:pPr>
      <w:r>
        <w:t>참석자 요청과 맞춰 본 결과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요청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겹치는 메뉴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제안(확정은 사람)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견과류 알레르기 3명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호두 리코타 샐러드(호두) · 초콜릿 무스 케이크(아몬드가루)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호두 뺀 샐러드, 케이크 대신 과일 접시 — 조리장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새우 알레르기 1명(배서연)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새우 크림 파스타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스테이크로 바꾸는 것을 고객사 담당자에게 확인</w:t>
            </w:r>
          </w:p>
        </w:tc>
      </w:tr>
    </w:tbl>
    <w:p/>
    <w:p>
      <w:pPr>
        <w:pStyle w:val="Heading2"/>
      </w:pPr>
      <w:r>
        <w:t>확인 필요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제목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이유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누구에게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호밀빵 · 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제빵업체 배합표가 없어 밀 포함 여부를 확인하지 못함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구매 담당 · 제빵업체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화이트와인 · 아황산류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와인 제품 원재료 확인서가 없음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구매 담당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케이크 · 아몬드가루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표시 목록에는 없지만 견과 알레르기 손님 3명 주의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조리장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새우 알레르기 손님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배서연 님이 메인으로 «새우 크림 파스타»를 선택한 것으로 접수됨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연회 담당 · 고객사 담당자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교차 접촉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호두·새우를 손질한 도마·기름을 다른 메뉴에 같이 쓰는지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조리장</w:t>
            </w:r>
          </w:p>
        </w:tc>
      </w:tr>
    </w:tbl>
    <w:p/>
    <w:p>
      <w:r>
        <w:t>알레르기 표시의 최종 확인과 확정은 조리장이 합니다. 이 초안은 확정된 표시가 아닙니다.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