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리조트 JJ리조트 · 실제 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JJ리조트 시설·조건 안내 문구 (앞서 만든 이용 안내문에서)</w:t>
      </w:r>
    </w:p>
    <w:p>
      <w:r>
        <w:t>객실 투숙객용으로 만든 안내 문구입니다. 행사 손님에게도 같은 말로 쓸 수 있는지 확인해서 BEO에 가져옵니다.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안내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체크인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15:00부터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체크아웃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11:00까지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주차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1객실 1대 무료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와이파이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이름 JJResort_Guest, 비밀번호는 객실 키 케이스에 적혀 있음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금연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 객실 금연, 흡연은 1층 야외 흡연 구역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짐 보관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프런트에서 무료, 체크인 전·체크아웃 후 가능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«바다정원» 레스토랑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본관 1층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물품 문의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프런트 내선 0번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