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리조트 JJ리조트 · 실제 업체와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다온상사에 다시 확인할 질문 / 내부 확인 목록</w:t>
      </w:r>
    </w:p>
    <w:p>
      <w:r>
        <w:t>고객 질문은 그대로 메일에 붙여 보낼 수 있게 정중한 말로 적었습니다.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대상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질문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왜 필요한가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고객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당일 추가될 수 있는 2명을 보증 인원에 넣을까요, 당일 추가로 할까요? 보증 인원은 12/9(수)까지 확정해야 합니다.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인원 68명 vs 70명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고객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채식 3명은 비건인가요, 달걀·우유는 드시나요?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식이 요청 명단에 없음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고객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갑각류 알레르기 2명의 증상 정도(가벼운 불편/심한 반응)와 자리를 알려 주세요.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조리팀 확인에 필요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고객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예산 800만원은 부가세를 포함한 금액인가요?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합계 8,641,600원, 공급가액 7,856,000원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고객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세금계산서는 본사와 지사 중 어디로 발행할까요? 사업자 정보를 알려 주세요.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메일 5에서 미정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6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고객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가져오실 와인 6병은 어떤 종류인가요? (콜키지 병당 30,000원, 사전 승인)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음료 패키지와 겹침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7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고객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노트북 연결 방식(HDMI 등)과 발표 자료를 미리 받을 수 있는지 알려 주세요.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장비 점검에 필요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8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내부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마이크 3개 추가 가능 여부 — 장비 담당 확인 후 회신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메일 6에 답이 없음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9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내부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코스 B에 갑각류가 들어 있는지, 대체 메뉴 — 조리팀 확인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메일 4에서 회신 약속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