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리조트 JJ리조트 · 실제 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JJ리조트 행사 지시서(BEO) 빈 양식</w:t>
      </w:r>
    </w:p>
    <w:p>
      <w:r>
        <w:t>메일 묶음을 읽고 아래 칸을 채웁니다. 메일에 없는 내용은 (확인 필요)로 적습니다.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행사명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행사 날짜·요일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시간표(워크숍·휴식·만찬)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장소(룸)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인원(보증/예상)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자리 세팅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메뉴(코스·식이 요청)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음료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시설·조건 안내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정산(항목·금액·계약금)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고객 담당자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우리 담당자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변경 이력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고객에게 확인할 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내부 확인할 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