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JJ리조트 Guest Information / 客人指南 / ご利用案内 (게시 전 확인 필요)</w:t>
      </w:r>
    </w:p>
    <w:p>
      <w:r>
        <w:t>AI가 만든 초안입니다. 중국어·일본어는 그 언어를 아는 직원이 읽어 보고 게시합니다.</w:t>
      </w:r>
    </w:p>
    <w:p>
      <w:pPr>
        <w:pStyle w:val="Heading2"/>
      </w:pPr>
      <w:r>
        <w:rPr>
          <w:rFonts w:ascii="맑은 고딕" w:hAnsi="맑은 고딕" w:eastAsia="맑은 고딕"/>
        </w:rPr>
        <w:t>English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Check-in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From 15:00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Check-out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By 11:00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Late check-out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Until 12:00 (extra charge; please ask the front desk; subject to availability)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Breakfast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07:00-10:00, Sea Garden Restaurant, 1st floor of the main building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Indoor pool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4th floor, 07:00-21:00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Fitness room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4th floor, 06:00-22:00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Parking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 car per room, free of charge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Wi-Fi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JJResort_Guest (the password is on your room key holder)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Non-smoking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All rooms are non-smoking; smoking area is outdoors on the 1st floor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Luggage storage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Free at the front desk, before check-in and after check-out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Solhyang Beach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 minutes on foot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Convenience store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 minutes on foot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Towels and other items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Dial 0 for the front desk</w:t>
            </w:r>
          </w:p>
        </w:tc>
      </w:tr>
    </w:tbl>
    <w:p/>
    <w:p>
      <w:pPr>
        <w:pStyle w:val="Heading2"/>
      </w:pPr>
      <w:r>
        <w:rPr>
          <w:rFonts w:ascii="Microsoft YaHei" w:hAnsi="Microsoft YaHei" w:eastAsia="Microsoft YaHei"/>
        </w:rPr>
        <w:t>中文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入住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15:00起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退房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11:00前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延迟退房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可延至12:00(需另付费,请咨询前台;视客房情况而定)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早餐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07:00-10:00,主楼1楼“海之庭院”餐厅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室内泳池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4楼 07:00-21:00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健身房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4楼 06:00-22:00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停车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每间客房1辆车,免费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无线网络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JJResort_Guest(密码印在房卡套上)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禁烟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全部客房禁烟,吸烟区在1楼室外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行李寄存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前台免费寄存,入住前、退房后均可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松香海滩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步行5分钟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便利店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步行3分钟</w:t>
            </w:r>
          </w:p>
        </w:tc>
      </w:tr>
      <w:tr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毛巾等物品</w:t>
            </w:r>
          </w:p>
        </w:tc>
        <w:tc>
          <w:tcPr>
            <w:tcW w:type="dxa" w:w="4320"/>
          </w:tcPr>
          <w:p>
            <w:r>
              <w:rPr>
                <w:rFonts w:ascii="Microsoft YaHei" w:hAnsi="Microsoft YaHei" w:eastAsia="Microsoft YaHei"/>
                <w:b w:val="0"/>
                <w:sz w:val="20"/>
              </w:rPr>
              <w:t>请拨打前台内线0</w:t>
            </w:r>
          </w:p>
        </w:tc>
      </w:tr>
    </w:tbl>
    <w:p/>
    <w:p>
      <w:pPr>
        <w:pStyle w:val="Heading2"/>
      </w:pPr>
      <w:r>
        <w:rPr>
          <w:rFonts w:ascii="Yu Gothic" w:hAnsi="Yu Gothic" w:eastAsia="Yu Gothic"/>
        </w:rPr>
        <w:t>日本語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/>
                <w:sz w:val="20"/>
              </w:rPr>
              <w:t>チェックイン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/>
                <w:sz w:val="20"/>
              </w:rPr>
              <w:t>15:00から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チェックアウト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11:00まで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レイトチェックアウト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12:00まで可能(追加料金あり。フロントへご相談ください。客室の状況によります)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朝食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07:00~10:00、本館1階レストラン「海の庭」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室内プール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4階 07:00~21:00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フィットネス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4階 06:00~22:00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駐車場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1室につき1台まで無料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Wi-Fi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JJResort_Guest(パスワードはルームキーホルダーに記載)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禁煙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全客室禁煙。喫煙所は1階屋外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荷物のお預かり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フロントで無料。チェックイン前・チェックアウト後も可能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ソルヒャンビーチ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徒歩5分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コンビニ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徒歩3分</w:t>
            </w:r>
          </w:p>
        </w:tc>
      </w:tr>
      <w:tr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タオルなど</w:t>
            </w:r>
          </w:p>
        </w:tc>
        <w:tc>
          <w:tcPr>
            <w:tcW w:type="dxa" w:w="432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フロント(内線0)へ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