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작성자별 기록 보완 안내 (초안)</w:t>
      </w:r>
    </w:p>
    <w:p>
      <w:r>
        <w:rPr>
          <w:sz w:val="18"/>
        </w:rPr>
        <w:t>※ 교육 영상 시연용 가상 자료 · JJ복지관 주간보호센터(가명)</w:t>
      </w:r>
    </w:p>
    <w:p>
      <w:r>
        <w:t>빠진 항목을 알려 드리는 안내문 초안입니다. 보내기 전에 담당자(사회복지사·간호사)가 확인합니다.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작성자</w:t>
            </w:r>
          </w:p>
        </w:tc>
        <w:tc>
          <w:tcPr>
            <w:tcW w:type="dxa" w:w="2880"/>
          </w:tcPr>
          <w:p>
            <w:r>
              <w:t>기록 수</w:t>
            </w:r>
          </w:p>
        </w:tc>
        <w:tc>
          <w:tcPr>
            <w:tcW w:type="dxa" w:w="2880"/>
          </w:tcPr>
          <w:p>
            <w:r>
              <w:t>빠진 항목</w:t>
            </w:r>
          </w:p>
        </w:tc>
      </w:tr>
      <w:tr>
        <w:tc>
          <w:tcPr>
            <w:tcW w:type="dxa" w:w="2880"/>
          </w:tcPr>
          <w:p>
            <w:r>
              <w:t>한미영</w:t>
            </w:r>
          </w:p>
        </w:tc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특이사항 4건</w:t>
            </w:r>
          </w:p>
        </w:tc>
      </w:tr>
      <w:tr>
        <w:tc>
          <w:tcPr>
            <w:tcW w:type="dxa" w:w="2880"/>
          </w:tcPr>
          <w:p>
            <w:r>
              <w:t>오정숙</w:t>
            </w:r>
          </w:p>
        </w:tc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어르신 상태 4건, 특이사항 1건</w:t>
            </w:r>
          </w:p>
        </w:tc>
      </w:tr>
      <w:tr>
        <w:tc>
          <w:tcPr>
            <w:tcW w:type="dxa" w:w="2880"/>
          </w:tcPr>
          <w:p>
            <w:r>
              <w:t>장순례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시간 6건, 서비스 내용 1건, 어르신 상태 2건</w:t>
            </w:r>
          </w:p>
        </w:tc>
      </w:tr>
      <w:tr>
        <w:tc>
          <w:tcPr>
            <w:tcW w:type="dxa" w:w="2880"/>
          </w:tcPr>
          <w:p>
            <w:r>
              <w:t>서경희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시간 1건, 특이사항 2건</w:t>
            </w:r>
          </w:p>
        </w:tc>
      </w:tr>
      <w:tr>
        <w:tc>
          <w:tcPr>
            <w:tcW w:type="dxa" w:w="2880"/>
          </w:tcPr>
          <w:p>
            <w:r>
              <w:t>문영자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시간 1건, 서비스 내용 4건, 특이사항 1건</w:t>
            </w:r>
          </w:p>
        </w:tc>
      </w:tr>
    </w:tbl>
    <w:p>
      <w:r>
        <w:t>작성자 칸이 비어 있는 기록 3건은 누가 썼는지 확인이 필요합니다.</w:t>
      </w:r>
    </w:p>
    <w:p>
      <w:r>
        <w:t>※ AI 보조로 문장을 다듬었으며 내용 확인은 담당자가 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