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기관·대상자와 무관 (이름·주소는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퇴원 후 지원 필요 항목 (앞서 만든 퇴원 안내에서 가져온 것)</w:t>
      </w:r>
    </w:p>
    <w:p>
      <w:r>
        <w:t>JJ병원(가상) 5병동 · 대상: 오한결(가명) 72세 남성 · 퇴원일 10월 17일(토) · 퇴원 안내문의 «집에서 지킬 것»과 «다음에 병원 오는 날»에서 뽑음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퇴원 안내문에 적힌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혈당 재기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하루 한 번 아침 공복에 잰다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약 챙겨 먹기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퇴원약 5가지, 항생제는 하루 3회 3일분을 끝까지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외래 가는 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10월 27일 오전 10시 30분 호흡기내과(10시까지 영상의학과), 11월 10일 오전 9시 30분 내분비내과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당뇨 식사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당뇨 식사를 지킨다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일상 복귀 시기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기록에 없음 (확인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응급 때 연락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열 38도 이상·숨참·가슴 통증이면 바로 응급실</w:t>
            </w:r>
          </w:p>
        </w:tc>
      </w:tr>
    </w:tbl>
    <w:p>
      <w:r>
        <w:t>이 표는 사회복지 상담의 재료로 쓰는 목록입니다. 필요한 지원이 무엇인지는 상담에서 담당자가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