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기관·대상자와 무관 (이름·주소는 모두 가명)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상담일지 양식 (빈칸)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일시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방법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상담자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대상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</w:r>
          </w:p>
        </w:tc>
      </w:tr>
    </w:tbl>
    <w:p>
      <w:r>
        <w:rPr>
          <w:b/>
          <w:sz w:val="26"/>
        </w:rPr>
        <w:t>상담 내용 요약</w:t>
      </w:r>
    </w:p>
    <w:p/>
    <w:p>
      <w:r>
        <w:rPr>
          <w:b/>
          <w:sz w:val="26"/>
        </w:rPr>
        <w:t>욕구 (필요하다고 말한 것)</w:t>
      </w:r>
    </w:p>
    <w:p/>
    <w:p>
      <w:r>
        <w:rPr>
          <w:b/>
          <w:sz w:val="26"/>
        </w:rPr>
        <w:t>강점·자원</w:t>
      </w:r>
    </w:p>
    <w:p/>
    <w:p>
      <w:r>
        <w:rPr>
          <w:b/>
          <w:sz w:val="26"/>
        </w:rPr>
        <w:t>자원 연계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연계할 자원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담당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진행 상태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</w:r>
          </w:p>
        </w:tc>
      </w:tr>
    </w:tbl>
    <w:p>
      <w:r>
        <w:rPr>
          <w:b/>
          <w:sz w:val="26"/>
        </w:rPr>
        <w:t>다음 계획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언제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할 일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담당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</w:r>
          </w:p>
        </w:tc>
      </w:tr>
    </w:tbl>
    <w:p>
      <w:r>
        <w:rPr>
          <w:b/>
          <w:sz w:val="26"/>
        </w:rPr>
        <w:t>확인 필요</w:t>
      </w:r>
    </w:p>
    <w:p/>
    <w:p>
      <w:r>
        <w:t>AI 사용 표기: (도구 · 도움 받은 부분 · 확인한 사람 · 확인 날짜)</w:t>
      </w:r>
    </w:p>
    <w:p>
      <w:r>
        <w:t>담당자 확인: ______________ (서명 · 날짜)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