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기관·대상자와 무관 (이름·주소는 모두 가명)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상담일지 결과 예시 (1차 · 2차 · 사례회의 한 장)</w:t>
      </w:r>
    </w:p>
    <w:p>
      <w:r>
        <w:rPr>
          <w:b/>
          <w:sz w:val="26"/>
        </w:rPr>
        <w:t>상담일지 ① 1차 병동 면담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일시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2026년 10월 16일(금) 14:00~14:40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방법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병동 면담(대면)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상담자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윤서아 사회복지사(가명)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대상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오한결(가명) 72세 남성</w:t>
            </w:r>
          </w:p>
        </w:tc>
      </w:tr>
    </w:tbl>
    <w:p>
      <w:r>
        <w:rPr>
          <w:b/>
          <w:sz w:val="26"/>
        </w:rPr>
        <w:t>상담 내용 요약</w:t>
      </w:r>
    </w:p>
    <w:p>
      <w:r>
        <w:t>퇴원을 앞두고 혼자 지내며 계단 4층에 살아 이동이 힘든 상황. 혈당측정기는 있으나 쓰는 법을 모르고, 당뇨식과 약 챙김이 불안정하다고 말함. 집에서 계속 살고 싶다는 뜻이 분명함.</w:t>
      </w:r>
    </w:p>
    <w:p>
      <w:r>
        <w:rPr>
          <w:b/>
          <w:sz w:val="26"/>
        </w:rPr>
        <w:t>욕구 (필요하다고 말한 것)</w:t>
      </w:r>
    </w:p>
    <w:p>
      <w:pPr>
        <w:pStyle w:val="ListBullet"/>
      </w:pPr>
      <w:r>
        <w:t>혈당 재는 법을 알고 싶다 (측정기는 집에 있음)</w:t>
      </w:r>
    </w:p>
    <w:p>
      <w:pPr>
        <w:pStyle w:val="ListBullet"/>
      </w:pPr>
      <w:r>
        <w:t>당뇨에 맞는 식사를 챙기기 어렵다</w:t>
      </w:r>
    </w:p>
    <w:p>
      <w:pPr>
        <w:pStyle w:val="ListBullet"/>
      </w:pPr>
      <w:r>
        <w:t>약을 가끔 빼먹는다</w:t>
      </w:r>
    </w:p>
    <w:p>
      <w:pPr>
        <w:pStyle w:val="ListBullet"/>
      </w:pPr>
      <w:r>
        <w:t>외래(10/27, 11/10) 오갈 이동이 힘들다</w:t>
      </w:r>
    </w:p>
    <w:p>
      <w:r>
        <w:rPr>
          <w:b/>
          <w:sz w:val="26"/>
        </w:rPr>
        <w:t>강점·자원</w:t>
      </w:r>
    </w:p>
    <w:p>
      <w:r>
        <w:t>집에서 계속 살고 싶다는 뜻이 분명함 · 아들과 주 1회 연락</w:t>
      </w:r>
    </w:p>
    <w:p>
      <w:r>
        <w:rPr>
          <w:b/>
          <w:sz w:val="26"/>
        </w:rPr>
        <w:t>자원 연계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연계할 자원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담당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진행 상태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방문 건강관리 · 혈당측정기 사용 알려주기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JJ병원 방문간호팀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의뢰 전 (본인 동의 확인 후)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도시락·밑반찬 지원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JJ복지관 사례관리팀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안내 전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병원 동행 지원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JJ복지관 자원봉사팀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안내 전</w:t>
            </w:r>
          </w:p>
        </w:tc>
      </w:tr>
    </w:tbl>
    <w:p>
      <w:r>
        <w:rPr>
          <w:b/>
          <w:sz w:val="26"/>
        </w:rPr>
        <w:t>다음 계획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언제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할 일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담당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10/20(화)까지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복지관 정보 공유 서면 동의서 받기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윤서아 사회복지사(가명)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10/21(수)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복지관 전화 상담으로 퇴원 후 상태 확인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하민재 사회복지사(가명)</w:t>
            </w:r>
          </w:p>
        </w:tc>
      </w:tr>
    </w:tbl>
    <w:p>
      <w:r>
        <w:rPr>
          <w:b/>
          <w:sz w:val="26"/>
        </w:rPr>
        <w:t>확인 필요</w:t>
      </w:r>
    </w:p>
    <w:p>
      <w:pPr>
        <w:pStyle w:val="ListBullet"/>
      </w:pPr>
      <w:r>
        <w:t>(확인 필요) 복지관과 정보 공유는 말로만 동의, 서면 동의서 아직 없음</w:t>
      </w:r>
    </w:p>
    <w:p>
      <w:pPr>
        <w:pStyle w:val="ListBullet"/>
      </w:pPr>
      <w:r>
        <w:t>(확인 필요) 퇴원 후 응급 때 연락할 사람</w:t>
      </w:r>
    </w:p>
    <w:p>
      <w:pPr>
        <w:pStyle w:val="ListBullet"/>
      </w:pPr>
      <w:r>
        <w:t>(확인 필요) 수입은 본인 말뿐, 자료 확인 안 함</w:t>
      </w:r>
    </w:p>
    <w:p>
      <w:r>
        <w:rPr>
          <w:sz w:val="18"/>
        </w:rPr>
        <w:t>AI 사용 표기: Claude 채팅으로 상담 메모를 정리한 초안입니다. 담당자가 메모 원문과 대조해 확인했습니다.</w:t>
      </w:r>
    </w:p>
    <w:p>
      <w:r>
        <w:t>담당자 확인: ______________ (서명 · 날짜)</w:t>
      </w:r>
    </w:p>
    <w:p>
      <w:r>
        <w:br w:type="page"/>
      </w:r>
    </w:p>
    <w:p>
      <w:r>
        <w:rPr>
          <w:b/>
          <w:sz w:val="26"/>
        </w:rPr>
        <w:t>상담일지 ② 2차 복지관 전화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일시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2026년 10월 21일(수) 11:00~11:20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방법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전화 상담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상담자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하민재 사회복지사(가명)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대상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오한결(가명) 72세 남성</w:t>
            </w:r>
          </w:p>
        </w:tc>
      </w:tr>
    </w:tbl>
    <w:p>
      <w:r>
        <w:rPr>
          <w:b/>
          <w:sz w:val="26"/>
        </w:rPr>
        <w:t>상담 내용 요약</w:t>
      </w:r>
    </w:p>
    <w:p>
      <w:r>
        <w:t>퇴원 4일째. 먹는 항생제는 다 먹었다고 말함. 혈당은 아들이 한 번 재 줬으나 수치는 기억하지 못함. 식사는 이웃이 가끔 주는 반찬에 의지하고, 도시락 신청 방법을 모름.</w:t>
      </w:r>
    </w:p>
    <w:p>
      <w:r>
        <w:rPr>
          <w:b/>
          <w:sz w:val="26"/>
        </w:rPr>
        <w:t>욕구 (필요하다고 말한 것)</w:t>
      </w:r>
    </w:p>
    <w:p>
      <w:pPr>
        <w:pStyle w:val="ListBullet"/>
      </w:pPr>
      <w:r>
        <w:t>도시락 배달 신청 방법을 모른다</w:t>
      </w:r>
    </w:p>
    <w:p>
      <w:pPr>
        <w:pStyle w:val="ListBullet"/>
      </w:pPr>
      <w:r>
        <w:t>10/27 외래 가는 길에 같이 갈 사람이 필요하다</w:t>
      </w:r>
    </w:p>
    <w:p>
      <w:pPr>
        <w:pStyle w:val="ListBullet"/>
      </w:pPr>
      <w:r>
        <w:t>방문 상담을 원한다 (복지관까지 걷기 힘듦)</w:t>
      </w:r>
    </w:p>
    <w:p>
      <w:r>
        <w:rPr>
          <w:b/>
          <w:sz w:val="26"/>
        </w:rPr>
        <w:t>강점·자원</w:t>
      </w:r>
    </w:p>
    <w:p>
      <w:r>
        <w:t>이웃이 가끔 반찬을 챙겨 줌 · 약을 끝까지 먹음</w:t>
      </w:r>
    </w:p>
    <w:p>
      <w:r>
        <w:rPr>
          <w:b/>
          <w:sz w:val="26"/>
        </w:rPr>
        <w:t>자원 연계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연계할 자원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담당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진행 상태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도시락·밑반찬 지원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JJ복지관 사례관리팀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신청 전 (신청 방법 안내 필요)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병원 동행 지원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JJ복지관 자원봉사팀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신청 전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방문 건강관리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JJ병원 방문간호팀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의뢰 전</w:t>
            </w:r>
          </w:p>
        </w:tc>
      </w:tr>
    </w:tbl>
    <w:p>
      <w:r>
        <w:rPr>
          <w:b/>
          <w:sz w:val="26"/>
        </w:rPr>
        <w:t>다음 계획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언제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할 일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담당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10/22(목)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다음 전화 상담 (본인이 목요일쯤을 원함)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하민재 사회복지사(가명)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10/26(월)까지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병원 동행 지원 신청 여부 정하기 (10/27 외래 전)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하민재 사회복지사(가명)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추후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방문 상담 일정 잡기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하민재 사회복지사(가명)</w:t>
            </w:r>
          </w:p>
        </w:tc>
      </w:tr>
    </w:tbl>
    <w:p>
      <w:r>
        <w:rPr>
          <w:b/>
          <w:sz w:val="26"/>
        </w:rPr>
        <w:t>확인 필요</w:t>
      </w:r>
    </w:p>
    <w:p>
      <w:pPr>
        <w:pStyle w:val="ListBullet"/>
      </w:pPr>
      <w:r>
        <w:t>(확인 필요) 전화 중 가끔 기침. 열이 있는지 안 물어봄 → 병원 간호팀에 알릴지 담당자가 판단</w:t>
      </w:r>
    </w:p>
    <w:p>
      <w:pPr>
        <w:pStyle w:val="ListBullet"/>
      </w:pPr>
      <w:r>
        <w:t>(확인 필요) 아들 연락처를 복지관에 알려도 되는지 이야기 안 함</w:t>
      </w:r>
    </w:p>
    <w:p>
      <w:pPr>
        <w:pStyle w:val="ListBullet"/>
      </w:pPr>
      <w:r>
        <w:t>(확인 필요) 혈당 수치 (아들이 잰 값)</w:t>
      </w:r>
    </w:p>
    <w:p>
      <w:r>
        <w:rPr>
          <w:sz w:val="18"/>
        </w:rPr>
        <w:t>AI 사용 표기: Claude 채팅으로 상담 메모를 정리한 초안입니다. 담당자가 메모 원문과 대조해 확인했습니다.</w:t>
      </w:r>
    </w:p>
    <w:p>
      <w:r>
        <w:t>담당자 확인: ______________ (서명 · 날짜)</w:t>
      </w:r>
    </w:p>
    <w:p>
      <w:r>
        <w:br w:type="page"/>
      </w:r>
    </w:p>
    <w:p>
      <w:r>
        <w:rPr>
          <w:b/>
          <w:sz w:val="26"/>
        </w:rPr>
        <w:t>사례회의 한 장 요약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대상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오한결(가명) 72세 남성 · 독거 · 폐렴 퇴원 후 · 당뇨·고혈압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지금 필요한 것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혈당 측정 · 당뇨 식사 · 약 챙김 · 외래 이동 · 방문 상담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연계 진행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방문 건강관리(의뢰 전) · 도시락(신청 전) · 병원 동행(신청 전)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다음 일정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10/22(목) 전화 · 10/26(월)까지 동행 신청 판단 · 10/27(화) 외래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회의에서 정할 것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서면 동의 받는 방법 · 기침 있음을 병원에 알릴지 · 서비스 이용 기준 확인</w:t>
            </w:r>
          </w:p>
        </w:tc>
      </w:tr>
    </w:tbl>
    <w:p>
      <w:r>
        <w:t>AI 사용 표기: Claude 채팅으로 상담 메모를 정리한 초안입니다. 담당자가 메모 원문과 대조해 확인했습니다.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