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상담 메모 (2차 · 복지관 전화 · 원문)</w:t>
      </w:r>
    </w:p>
    <w:p>
      <w:r>
        <w:t>JJ병원(가상) 의료사회복지 · 오한결(가명) 72세 남성</w:t>
      </w:r>
    </w:p>
    <w:p>
      <w:r>
        <w:t>10/21(수) 11:00~11:20 전화 상담 · 본인 · 작성 하민재 사회복지사(가명)</w:t>
      </w:r>
    </w:p>
    <w:p>
      <w:pPr>
        <w:pStyle w:val="ListBullet"/>
      </w:pPr>
      <w:r>
        <w:t>퇴원 4일째. 먹는 항생제는 다 먹었다고 함</w:t>
      </w:r>
    </w:p>
    <w:p>
      <w:pPr>
        <w:pStyle w:val="ListBullet"/>
      </w:pPr>
      <w:r>
        <w:t>혈당은 아들이 일요일에 와서 한 번 재 줬는데 수치는 기억 못 함</w:t>
      </w:r>
    </w:p>
    <w:p>
      <w:pPr>
        <w:pStyle w:val="ListBullet"/>
      </w:pPr>
      <w:r>
        <w:t>밥은 옆집 이웃이 반찬을 가끔 줌. 도시락 배달이 있다는 건 들었는데 신청 방법을 모름</w:t>
      </w:r>
    </w:p>
    <w:p>
      <w:pPr>
        <w:pStyle w:val="ListBullet"/>
      </w:pPr>
      <w:r>
        <w:t>10/27 외래 가는 길이 걱정이라고 함. 같이 가 줄 사람 없음</w:t>
      </w:r>
    </w:p>
    <w:p>
      <w:pPr>
        <w:pStyle w:val="ListBullet"/>
      </w:pPr>
      <w:r>
        <w:t>복지관까지 걷기 힘들어서 방문 상담이면 좋겠다고 함</w:t>
      </w:r>
    </w:p>
    <w:p>
      <w:pPr>
        <w:pStyle w:val="ListBullet"/>
      </w:pPr>
      <w:r>
        <w:t>전화하는 동안 가끔 기침. 열이 있는지는 안 물어봄</w:t>
      </w:r>
    </w:p>
    <w:p>
      <w:pPr>
        <w:pStyle w:val="ListBullet"/>
      </w:pPr>
      <w:r>
        <w:t>아들 연락처를 복지관에 알려 줘도 되는지는 이야기 안 함</w:t>
      </w:r>
    </w:p>
    <w:p>
      <w:pPr>
        <w:pStyle w:val="ListBullet"/>
      </w:pPr>
      <w:r>
        <w:t>다음 전화는 목요일쯤이 좋다고 함</w:t>
      </w:r>
    </w:p>
    <w:p>
      <w:r>
        <w:t>※ 현장에서 적은 그대로의 메모입니다. 정리 전 원문.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