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기관·대상자와 무관 (이름·주소는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상담 메모 (1차 · 병동 면담 · 원문)</w:t>
      </w:r>
    </w:p>
    <w:p>
      <w:r>
        <w:t>JJ병원(가상) 의료사회복지 · 오한결(가명) 72세 남성</w:t>
      </w:r>
    </w:p>
    <w:p>
      <w:r>
        <w:t>10/16(금) 14:00~14:40 병동 면담 · 본인 · 작성 윤서아 사회복지사(가명)</w:t>
      </w:r>
    </w:p>
    <w:p>
      <w:pPr>
        <w:pStyle w:val="ListBullet"/>
      </w:pPr>
      <w:r>
        <w:t>혼자 삶. 아내는 3년 전에 먼저 감. 아들 1명 다른 지역, 전화는 주 1회쯤</w:t>
      </w:r>
    </w:p>
    <w:p>
      <w:pPr>
        <w:pStyle w:val="ListBullet"/>
      </w:pPr>
      <w:r>
        <w:t>단풍마을 아파트(가명) 4층, 엘리베이터 없음. 무릎 아파서 계단이 힘들다고 함</w:t>
      </w:r>
    </w:p>
    <w:p>
      <w:pPr>
        <w:pStyle w:val="ListBullet"/>
      </w:pPr>
      <w:r>
        <w:t>밥은 주로 라면, 밥에 김치. 당뇨식이 뭔지 잘 모른다 함</w:t>
      </w:r>
    </w:p>
    <w:p>
      <w:pPr>
        <w:pStyle w:val="ListBullet"/>
      </w:pPr>
      <w:r>
        <w:t>혈당측정기는 집에 있음. 아들이 사 줬는데 쓰는 법을 모름</w:t>
      </w:r>
    </w:p>
    <w:p>
      <w:pPr>
        <w:pStyle w:val="ListBullet"/>
      </w:pPr>
      <w:r>
        <w:t>약은 평소 먹던 두 가지는 먹는데 가끔 빼먹는다고 함</w:t>
      </w:r>
    </w:p>
    <w:p>
      <w:pPr>
        <w:pStyle w:val="ListBullet"/>
      </w:pPr>
      <w:r>
        <w:t>병원 갈 때 버스 40분. 무릎 때문에 힘들고 택시는 부담된다고 함</w:t>
      </w:r>
    </w:p>
    <w:p>
      <w:pPr>
        <w:pStyle w:val="ListBullet"/>
      </w:pPr>
      <w:r>
        <w:t>수입은 기초연금이 전부라고 본인이 말함 (자료 확인은 안 함)</w:t>
      </w:r>
    </w:p>
    <w:p>
      <w:pPr>
        <w:pStyle w:val="ListBullet"/>
      </w:pPr>
      <w:r>
        <w:t>원하는 것: 집에서 계속 살고 싶다. 아들한테 짐 되기 싫다</w:t>
      </w:r>
    </w:p>
    <w:p>
      <w:pPr>
        <w:pStyle w:val="ListBullet"/>
      </w:pPr>
      <w:r>
        <w:t>복지관과 상담 내용을 나누는 것은 말로 괜찮다고 함. 서면 동의서는 아직 안 받음</w:t>
      </w:r>
    </w:p>
    <w:p>
      <w:pPr>
        <w:pStyle w:val="ListBullet"/>
      </w:pPr>
      <w:r>
        <w:t>퇴원 후 응급 때 연락할 사람은 말 안 함</w:t>
      </w:r>
    </w:p>
    <w:p>
      <w:r>
        <w:t>※ 현장에서 적은 그대로의 메모입니다. 정리 전 원문.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