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병원·직원과 무관 (이름은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5병동(내과계) 근무표 작성 약속 (수간호사 메모)</w:t>
      </w:r>
    </w:p>
    <w:p>
      <w:r>
        <w:t>매달 근무표 초안을 짤 때 아래 약속대로 해 주세요. 병원 간호부 지침과 다르면 더 엄격한 쪽을 따릅니다.</w:t>
      </w:r>
    </w:p>
    <w:p>
      <w:pPr>
        <w:pStyle w:val="Heading2"/>
      </w:pPr>
      <w:r>
        <w:t>1. 근무 약속 (초안을 짤 때 꼭 지킬 것)</w:t>
      </w:r>
    </w:p>
    <w:p>
      <w:pPr>
        <w:pStyle w:val="ListBullet"/>
      </w:pPr>
      <w:r>
        <w:t>1. 하루 데이 3 · 이브닝 3 · 나이트 3명을 정확히 채운다</w:t>
      </w:r>
    </w:p>
    <w:p>
      <w:pPr>
        <w:pStyle w:val="ListBullet"/>
      </w:pPr>
      <w:r>
        <w:t>2. 나이트는 한 달 6~7회(신규는 6회까지), 2~3일씩 묶어서</w:t>
      </w:r>
    </w:p>
    <w:p>
      <w:pPr>
        <w:pStyle w:val="ListBullet"/>
      </w:pPr>
      <w:r>
        <w:t>3. 나이트가 끝나면 이틀은 쉰다</w:t>
      </w:r>
    </w:p>
    <w:p>
      <w:pPr>
        <w:pStyle w:val="ListBullet"/>
      </w:pPr>
      <w:r>
        <w:t>4. 이브닝 다음 날 데이 근무 금지</w:t>
      </w:r>
    </w:p>
    <w:p>
      <w:pPr>
        <w:pStyle w:val="ListBullet"/>
      </w:pPr>
      <w:r>
        <w:t>5. 쉬는 날 없이 이어서 5일까지만</w:t>
      </w:r>
    </w:p>
    <w:p>
      <w:pPr>
        <w:pStyle w:val="ListBullet"/>
      </w:pPr>
      <w:r>
        <w:t>6. 토·일을 둘 다 쉬는 주말이 한 달에 한 번은 있게</w:t>
      </w:r>
    </w:p>
    <w:p>
      <w:pPr>
        <w:pStyle w:val="ListBullet"/>
      </w:pPr>
      <w:r>
        <w:t>7. 주말·공휴일 근무는 한 달 5~6일로 고르게</w:t>
      </w:r>
    </w:p>
    <w:p>
      <w:pPr>
        <w:pStyle w:val="ListBullet"/>
      </w:pPr>
      <w:r>
        <w:t>8. 한 근무조에 신규 간호사는 최대 1명</w:t>
      </w:r>
    </w:p>
    <w:p>
      <w:pPr>
        <w:pStyle w:val="ListBullet"/>
      </w:pPr>
      <w:r>
        <w:t>9. 한 달 근무는 19~21회</w:t>
      </w:r>
    </w:p>
    <w:p>
      <w:pPr>
        <w:pStyle w:val="Heading2"/>
      </w:pPr>
      <w:r>
        <w:t>2. 신청 휴무·연차</w:t>
      </w:r>
    </w:p>
    <w:p>
      <w:pPr>
        <w:pStyle w:val="ListBullet"/>
      </w:pPr>
      <w:r>
        <w:t>신청 휴무는 한 사람이 한 달에 3일까지 받습니다. 3일을 넘긴 날짜는 앞의 3일만 넣고 나머지는 확인 필요로 남겨 주세요.</w:t>
      </w:r>
    </w:p>
    <w:p>
      <w:pPr>
        <w:pStyle w:val="ListBullet"/>
      </w:pPr>
      <w:r>
        <w:t>연차는 잔여 일수 안에서만 넣습니다. 잔여가 모자라면 넣지 말고 확인 필요로 알려 주세요.</w:t>
      </w:r>
    </w:p>
    <w:p>
      <w:pPr>
        <w:pStyle w:val="ListBullet"/>
      </w:pPr>
      <w:r>
        <w:t>같은 날 쉬는 사람이 5명을 넘으면 지난달 신청 휴무를 못 받은 횟수가 많은 사람을 먼저 받아 주세요. 횟수가 같으면 제가 정합니다.</w:t>
      </w:r>
    </w:p>
    <w:p>
      <w:pPr>
        <w:pStyle w:val="ListBullet"/>
      </w:pPr>
      <w:r>
        <w:t>12월이 아닌 날짜나 알아보기 어려운 신청은 넣지 말고 확인 필요로 남겨 주세요.</w:t>
      </w:r>
    </w:p>
    <w:p>
      <w:pPr>
        <w:pStyle w:val="ListBullet"/>
      </w:pPr>
      <w:r>
        <w:t>받아 준 신청 휴무·연차는 초안에서 꼭 지킵니다.</w:t>
      </w:r>
    </w:p>
    <w:p>
      <w:pPr>
        <w:pStyle w:val="Heading2"/>
      </w:pPr>
      <w:r>
        <w:t>3. 공정하게</w:t>
      </w:r>
    </w:p>
    <w:p>
      <w:pPr>
        <w:pStyle w:val="ListBullet"/>
      </w:pPr>
      <w:r>
        <w:t>지난달 나이트를 7회 한 사람은 이번 달에 6회 쪽으로 맞춰 주세요.</w:t>
      </w:r>
    </w:p>
    <w:p>
      <w:pPr>
        <w:pStyle w:val="ListBullet"/>
      </w:pPr>
      <w:r>
        <w:t>주말·공휴일 근무와 나이트는 몇 번인지 사람별로 세어서 보여 주세요.</w:t>
      </w:r>
    </w:p>
    <w:p>
      <w:pPr>
        <w:pStyle w:val="Heading2"/>
      </w:pPr>
      <w:r>
        <w:t>4. 결과물</w:t>
      </w:r>
    </w:p>
    <w:p>
      <w:r>
        <w:t>근무표 엑셀(근무표, 규칙 점검, 개인별 합계, 확인 필요 시트)과, 손으로 바꿔도 규칙 위반을 바로 알려 주는 점검표(웹 페이지)를 만들어 주세요. 최종 확정은 제가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