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병원·직원과 무관 (이름은 모두 가명)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12월 근무 변경 요청 (병가)</w:t>
      </w:r>
    </w:p>
    <w:p>
      <w:r>
        <w:t>서하준 간호사가 12월 19일부터 21일까지 병가를 냅니다. (진단서 제출 완료, 가상)</w:t>
      </w:r>
    </w:p>
    <w:p>
      <w:r>
        <w:t>그 3일은 근무에서 빼고, 나머지 사람들의 근무는 되도록 적게 바꿔 주세요. 이미 지나간 날은 바꾸지 않습니다.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