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병원과 무관 · 환자 정보는 모두 가상</w:t>
      </w:r>
    </w:p>
    <w:p>
      <w:pPr>
        <w:pStyle w:val="Heading1"/>
      </w:pPr>
      <w:r>
        <w:t>고객의 소리 회신문 양식</w:t>
      </w:r>
    </w:p>
    <w:p>
      <w:r>
        <w:t>환자경험팀(가상) — 회신을 요청한 의견에 보내는 글의 틀입니다.</w:t>
      </w:r>
    </w:p>
    <w:p>
      <w:r>
        <w:rPr>
          <w:b/>
        </w:rPr>
        <w:t>1. 인사와 감사</w:t>
      </w:r>
    </w:p>
    <w:p>
      <w:r>
        <w:t>«JJ병원 환자경험팀입니다. 소중한 의견 감사합니다.»로 시작한다.</w:t>
      </w:r>
    </w:p>
    <w:p>
      <w:r>
        <w:rPr>
          <w:b/>
        </w:rPr>
        <w:t>2. 불편에 대한 사과</w:t>
      </w:r>
    </w:p>
    <w:p>
      <w:r>
        <w:t>불만이면 불편을 드린 점에 대한 사과 한 문장. 잘못을 단정하거나 책임을 인정하는 말은 쓰지 않는다.</w:t>
      </w:r>
    </w:p>
    <w:p>
      <w:r>
        <w:rPr>
          <w:b/>
        </w:rPr>
        <w:t>3. 확인한 내용</w:t>
      </w:r>
    </w:p>
    <w:p>
      <w:r>
        <w:t>해당 부서에 전달한 내용과 확인 중인 내용을 사실만 적는다. 확인되지 않은 내용은 (확인 필요).</w:t>
      </w:r>
    </w:p>
    <w:p>
      <w:r>
        <w:rPr>
          <w:b/>
        </w:rPr>
        <w:t>4. 앞으로</w:t>
      </w:r>
    </w:p>
    <w:p>
      <w:r>
        <w:t>개선 여부와 일정은 부서 확인 전에는 약속하지 않는다.</w:t>
      </w:r>
    </w:p>
    <w:p>
      <w:r>
        <w:rPr>
          <w:b/>
        </w:rPr>
        <w:t>5. 맺음</w:t>
      </w:r>
    </w:p>
    <w:p>
      <w:r>
        <w:t>다시 문의할 창구(환자경험팀)를 안내하고 마무리한다.</w:t>
      </w:r>
    </w:p>
    <w:p>
      <w:r>
        <w:rPr>
          <w:b/>
        </w:rPr>
        <w:t>쓰지 말 것</w:t>
      </w:r>
    </w:p>
    <w:p>
      <w:pPr>
        <w:pStyle w:val="ListBullet"/>
      </w:pPr>
      <w:r>
        <w:t>진단·치료·약에 대한 설명이나 의학적 판단</w:t>
      </w:r>
    </w:p>
    <w:p>
      <w:pPr>
        <w:pStyle w:val="ListBullet"/>
      </w:pPr>
      <w:r>
        <w:t>보상·환불·책임을 약속하는 말</w:t>
      </w:r>
    </w:p>
    <w:p>
      <w:pPr>
        <w:pStyle w:val="ListBullet"/>
      </w:pPr>
      <w:r>
        <w:t>환자 이름·등록번호·연락처 등 개인정보</w:t>
      </w:r>
    </w:p>
    <w:p>
      <w:pPr>
        <w:pStyle w:val="ListBullet"/>
      </w:pPr>
      <w:r>
        <w:t>부서장 확인 전에 발송하는 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