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병원과 무관 · 환자 정보는 모두 가상</w:t>
      </w:r>
    </w:p>
    <w:p>
      <w:pPr>
        <w:pStyle w:val="Heading1"/>
      </w:pPr>
      <w:r>
        <w:t>부서별 회신 초안 묶음 (결과 예시)</w:t>
      </w:r>
    </w:p>
    <w:p>
      <w:r>
        <w:t>JJ병원 환자경험팀 · 2026년 10월 고객의 소리 · 회신 요청 31건을 부서·유형별 19묶음으로 정리 · 초안입니다. 부서장 확인 전에는 보내지 않습니다.</w:t>
      </w:r>
    </w:p>
    <w:p>
      <w:pPr>
        <w:pStyle w:val="Heading2"/>
      </w:pPr>
      <w:r>
        <w:t>외래·접수</w:t>
      </w:r>
    </w:p>
    <w:p>
      <w:r>
        <w:t>회신 요청 5건 · 칭찬 16건(회신 대신 담당 직원에게 전달)</w:t>
      </w:r>
    </w:p>
    <w:p>
      <w:r>
        <w:rPr>
          <w:b/>
        </w:rPr>
        <w:t>친절·태도 · 불만 1건 · 접수번호 VC-20010</w:t>
      </w:r>
    </w:p>
    <w:p>
      <w:r>
        <w:t>안녕하십니까, JJ병원 환자경험팀입니다. 소중한 의견을 남겨 주셔서 감사합니다.</w:t>
      </w:r>
    </w:p>
    <w:p>
      <w:r>
        <w:t>응대 과정에서 불쾌하셨던 점 진심으로 사과드립니다. 해당 창구와 진료실에 응대 개선을 요청했으며, 구체적인 조치는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대기·시간 · 불만 2건 · 접수번호 VC-20171, VC-20193</w:t>
      </w:r>
    </w:p>
    <w:p>
      <w:r>
        <w:t>안녕하십니까, JJ병원 환자경험팀입니다. 소중한 의견을 남겨 주셔서 감사합니다.</w:t>
      </w:r>
    </w:p>
    <w:p>
      <w:r>
        <w:t>외래 진료 대기와 대기 현황 안내가 불편하셨다는 말씀을 외래·접수 담당 부서에 전달했습니다. 시간대별 진료 지연 원인과 안내 방법은 확인 중이며, 개선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절차·접수 · 건의 2건 · 접수번호 VC-20113, VC-20139</w:t>
      </w:r>
    </w:p>
    <w:p>
      <w:r>
        <w:t>안녕하십니까, JJ병원 환자경험팀입니다. 소중한 의견을 남겨 주셔서 감사합니다.</w:t>
      </w:r>
    </w:p>
    <w:p>
      <w:r>
        <w:t>예약 변경과 접수 방법에 대한 제안을 외래·접수 담당 부서에 전달해 검토하겠습니다. 적용 여부와 시기는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VC-20002, VC-20021, VC-20028, VC-20038, VC-20128, VC-20129, VC-20149, VC-20151, VC-20160, VC-20191, VC-20209, VC-20220, VC-20221, VC-20225, VC-20235, VC-20247</w:t>
      </w:r>
    </w:p>
    <w:p>
      <w:pPr>
        <w:pStyle w:val="Heading2"/>
      </w:pPr>
      <w:r>
        <w:t>병동·간호</w:t>
      </w:r>
    </w:p>
    <w:p>
      <w:r>
        <w:t>회신 요청 8건 · 칭찬 16건(회신 대신 담당 직원에게 전달)</w:t>
      </w:r>
    </w:p>
    <w:p>
      <w:r>
        <w:rPr>
          <w:b/>
        </w:rPr>
        <w:t>친절·태도 · 불만 1건 · 접수번호 VC-20077</w:t>
      </w:r>
    </w:p>
    <w:p>
      <w:r>
        <w:t>안녕하십니까, JJ병원 환자경험팀입니다. 소중한 의견을 남겨 주셔서 감사합니다.</w:t>
      </w:r>
    </w:p>
    <w:p>
      <w:r>
        <w:t>간호 과정에서 불편을 드려 죄송합니다. 병동 책임자에게 말씀을 전달하고 응대 방식을 살펴보겠습니다. 구체적인 조치는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설명·안내 · 불만 4건 · 접수번호 VC-20050, VC-20148, VC-20236, VC-20237</w:t>
      </w:r>
    </w:p>
    <w:p>
      <w:r>
        <w:t>안녕하십니까, JJ병원 환자경험팀입니다. 소중한 의견을 남겨 주셔서 감사합니다.</w:t>
      </w:r>
    </w:p>
    <w:p>
      <w:r>
        <w:t>퇴원·검사 과정의 설명이 충분하지 않았던 점 죄송합니다. 병동에 설명 방법 점검을 요청했으며, 개선 방법은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대기·시간 · 불만 2건 · 접수번호 VC-20042, VC-20067</w:t>
      </w:r>
    </w:p>
    <w:p>
      <w:r>
        <w:t>안녕하십니까, JJ병원 환자경험팀입니다. 소중한 의견을 남겨 주셔서 감사합니다.</w:t>
      </w:r>
    </w:p>
    <w:p>
      <w:r>
        <w:t>호출 후 대응이 늦어 걱정하셨을 점 죄송합니다. 해당 시간대 병동 상황을 확인하고 있으며, 결과와 개선 방법은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시설·청결 · 건의 1건 · 접수번호 VC-20015</w:t>
      </w:r>
    </w:p>
    <w:p>
      <w:r>
        <w:t>안녕하십니까, JJ병원 환자경험팀입니다. 소중한 의견을 남겨 주셔서 감사합니다.</w:t>
      </w:r>
    </w:p>
    <w:p>
      <w:r>
        <w:t>병실 환경에 대한 제안 감사드립니다. 병동과 시설 담당 부서가 함께 점검하겠으며, 교체 시기는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VC-20035, VC-20107, VC-20111, VC-20117, VC-20123, VC-20124, VC-20135, VC-20174, VC-20197, VC-20202, VC-20205, VC-20214, VC-20218, VC-20232, VC-20234, VC-20248</w:t>
      </w:r>
    </w:p>
    <w:p>
      <w:pPr>
        <w:pStyle w:val="Heading2"/>
      </w:pPr>
      <w:r>
        <w:t>원무·수납</w:t>
      </w:r>
    </w:p>
    <w:p>
      <w:r>
        <w:t>회신 요청 4건 · 칭찬 4건(회신 대신 담당 직원에게 전달)</w:t>
      </w:r>
    </w:p>
    <w:p>
      <w:r>
        <w:rPr>
          <w:b/>
        </w:rPr>
        <w:t>설명·안내 · 건의 1건 · 접수번호 VC-20217</w:t>
      </w:r>
    </w:p>
    <w:p>
      <w:r>
        <w:t>안녕하십니까, JJ병원 환자경험팀입니다. 소중한 의견을 남겨 주셔서 감사합니다.</w:t>
      </w:r>
    </w:p>
    <w:p>
      <w:r>
        <w:t>진료비 사전 안내와 영수증 설명에 대한 제안 감사합니다. 원무·수납 담당 부서에 전달해 검토하겠습니다. 적용 여부는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비용·수납 · 불만 1건 · 접수번호 VC-20044</w:t>
      </w:r>
    </w:p>
    <w:p>
      <w:r>
        <w:t>안녕하십니까, JJ병원 환자경험팀입니다. 소중한 의견을 남겨 주셔서 감사합니다.</w:t>
      </w:r>
    </w:p>
    <w:p>
      <w:r>
        <w:t>진료비 항목 설명이 부족했던 점 죄송합니다. 수납 내역을 항목별로 확인해 안내해 드리겠습니다. 금액 조정 여부는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절차·접수 · 불만 2건 · 접수번호 VC-20007, VC-20027</w:t>
      </w:r>
    </w:p>
    <w:p>
      <w:r>
        <w:t>안녕하십니까, JJ병원 환자경험팀입니다. 소중한 의견을 남겨 주셔서 감사합니다.</w:t>
      </w:r>
    </w:p>
    <w:p>
      <w:r>
        <w:t>서류 발급 과정이 번거로우셨던 점 죄송합니다. 원무 창구의 안내 방법을 점검하겠으며, 개선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VC-20025, VC-20061, VC-20112, VC-20245</w:t>
      </w:r>
    </w:p>
    <w:p>
      <w:pPr>
        <w:pStyle w:val="Heading2"/>
      </w:pPr>
      <w:r>
        <w:t>응급실</w:t>
      </w:r>
    </w:p>
    <w:p>
      <w:r>
        <w:t>회신 요청 6건 · 칭찬 5건(회신 대신 담당 직원에게 전달)</w:t>
      </w:r>
    </w:p>
    <w:p>
      <w:r>
        <w:rPr>
          <w:b/>
        </w:rPr>
        <w:t>설명·안내 · 불만 1건 · 접수번호 VC-20187</w:t>
      </w:r>
    </w:p>
    <w:p>
      <w:r>
        <w:t>안녕하십니까, JJ병원 환자경험팀입니다. 소중한 의견을 남겨 주셔서 감사합니다.</w:t>
      </w:r>
    </w:p>
    <w:p>
      <w:r>
        <w:t>진행 중인 검사와 퇴실 후 주의사항 안내가 부족했던 점 죄송합니다. 응급실에 안내 방법 보강을 요청했으며, 구체적인 내용은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대기·시간 · 불만 4건 · 접수번호 VC-20048, VC-20169, VC-20179, VC-20224</w:t>
      </w:r>
    </w:p>
    <w:p>
      <w:r>
        <w:t>안녕하십니까, JJ병원 환자경험팀입니다. 소중한 의견을 남겨 주셔서 감사합니다.</w:t>
      </w:r>
    </w:p>
    <w:p>
      <w:r>
        <w:t>응급실에서 오래 기다리시며 걱정이 크셨을 줄 압니다. 진료 순서와 대기 상황을 알려 드리는 방법을 응급실과 함께 점검하겠습니다. 개선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시설·청결 · 건의 1건 · 접수번호 VC-20144</w:t>
      </w:r>
    </w:p>
    <w:p>
      <w:r>
        <w:t>안녕하십니까, JJ병원 환자경험팀입니다. 소중한 의견을 남겨 주셔서 감사합니다.</w:t>
      </w:r>
    </w:p>
    <w:p>
      <w:r>
        <w:t>응급실 대기 공간에 대한 제안 감사드립니다. 시설 담당 부서와 응급실이 함께 검토하겠으며, 시기는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VC-20064, VC-20150, VC-20172, VC-20184, VC-20228</w:t>
      </w:r>
    </w:p>
    <w:p>
      <w:pPr>
        <w:pStyle w:val="Heading2"/>
      </w:pPr>
      <w:r>
        <w:t>검사·영상</w:t>
      </w:r>
    </w:p>
    <w:p>
      <w:r>
        <w:t>회신 요청 2건 · 칭찬 6건(회신 대신 담당 직원에게 전달)</w:t>
      </w:r>
    </w:p>
    <w:p>
      <w:r>
        <w:rPr>
          <w:b/>
        </w:rPr>
        <w:t>대기·시간 · 불만 1건 · 접수번호 VC-20086</w:t>
      </w:r>
    </w:p>
    <w:p>
      <w:r>
        <w:t>안녕하십니까, JJ병원 환자경험팀입니다. 소중한 의견을 남겨 주셔서 감사합니다.</w:t>
      </w:r>
    </w:p>
    <w:p>
      <w:r>
        <w:t>검사 대기와 지연 안내가 부족했던 점 죄송합니다. 검사실에 지연 안내 방법 점검을 요청했으며, 개선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절차·접수 · 불만 1건 · 접수번호 VC-20005</w:t>
      </w:r>
    </w:p>
    <w:p>
      <w:r>
        <w:t>안녕하십니까, JJ병원 환자경험팀입니다. 소중한 의견을 남겨 주셔서 감사합니다.</w:t>
      </w:r>
    </w:p>
    <w:p>
      <w:r>
        <w:t>결과 수령과 예약 확인 과정이 번거로우셨던 점 죄송합니다. 검사실과 외래의 예약 정보 공유 방법을 점검하겠으며,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VC-20009, VC-20062, VC-20132, VC-20165, VC-20231, VC-20244</w:t>
      </w:r>
    </w:p>
    <w:p>
      <w:pPr>
        <w:pStyle w:val="Heading2"/>
      </w:pPr>
      <w:r>
        <w:t>약국</w:t>
      </w:r>
    </w:p>
    <w:p>
      <w:r>
        <w:t>회신 요청 1건 · 칭찬 5건(회신 대신 담당 직원에게 전달)</w:t>
      </w:r>
    </w:p>
    <w:p>
      <w:r>
        <w:rPr>
          <w:b/>
        </w:rPr>
        <w:t>대기·시간 · 불만 1건 · 접수번호 VC-20137</w:t>
      </w:r>
    </w:p>
    <w:p>
      <w:r>
        <w:t>안녕하십니까, JJ병원 환자경험팀입니다. 소중한 의견을 남겨 주셔서 감사합니다.</w:t>
      </w:r>
    </w:p>
    <w:p>
      <w:r>
        <w:t>약국 대기와 순서 안내가 불편하셨던 점 죄송합니다. 약국에 조제 대기 안내 방법 점검을 요청했으며, 개선 일정은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VC-20047, VC-20085, VC-20092, VC-20095, VC-20105</w:t>
      </w:r>
    </w:p>
    <w:p>
      <w:pPr>
        <w:pStyle w:val="Heading2"/>
      </w:pPr>
      <w:r>
        <w:t>시설·환경</w:t>
      </w:r>
    </w:p>
    <w:p>
      <w:r>
        <w:t>회신 요청 4건 · 칭찬 4건(회신 대신 담당 직원에게 전달)</w:t>
      </w:r>
    </w:p>
    <w:p>
      <w:r>
        <w:rPr>
          <w:b/>
        </w:rPr>
        <w:t>시설·청결 · 건의 3건 · 접수번호 VC-20043, VC-20046, VC-20059</w:t>
      </w:r>
    </w:p>
    <w:p>
      <w:r>
        <w:t>안녕하십니까, JJ병원 환자경험팀입니다. 소중한 의견을 남겨 주셔서 감사합니다.</w:t>
      </w:r>
    </w:p>
    <w:p>
      <w:r>
        <w:t>주차, 청결, 냉난방 등 시설 이용에 불편을 드려 죄송합니다. 시설 담당 부서에 전달해 점검하겠으며, 조치 내용은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절차·접수 · 건의 1건 · 접수번호 VC-20226</w:t>
      </w:r>
    </w:p>
    <w:p>
      <w:r>
        <w:t>안녕하십니까, JJ병원 환자경험팀입니다. 소중한 의견을 남겨 주셔서 감사합니다.</w:t>
      </w:r>
    </w:p>
    <w:p>
      <w:r>
        <w:t>주차 정산 방법에 대한 제안 감사합니다. 시설 담당 부서와 원무 부서에 전달해 검토하겠습니다. 적용 여부는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VC-20051, VC-20159, VC-20173, VC-20201</w:t>
      </w:r>
    </w:p>
    <w:p>
      <w:pPr>
        <w:pStyle w:val="Heading2"/>
      </w:pPr>
      <w:r>
        <w:t>JJ복지관</w:t>
      </w:r>
    </w:p>
    <w:p>
      <w:r>
        <w:t>회신 요청 1건 · 칭찬 4건(회신 대신 담당 직원에게 전달)</w:t>
      </w:r>
    </w:p>
    <w:p>
      <w:r>
        <w:rPr>
          <w:b/>
        </w:rPr>
        <w:t>절차·접수 · 건의 1건 · 접수번호 VC-20213</w:t>
      </w:r>
    </w:p>
    <w:p>
      <w:r>
        <w:t>안녕하십니까, JJ병원 환자경험팀입니다. 소중한 의견을 남겨 주셔서 감사합니다.</w:t>
      </w:r>
    </w:p>
    <w:p>
      <w:r>
        <w:t>복지관 프로그램 신청과 이동 편의 제안 감사드립니다. JJ복지관 담당자에게 전달해 검토하겠습니다. 적용 여부는 (확인 필요)입니다.</w:t>
      </w:r>
    </w:p>
    <w:p>
      <w:r>
        <w:t>말씀해 주신 내용은 서비스 개선에 참고하겠습니다. 추가로 문의하실 일이 있으면 환자경험팀으로 연락해 주십시오.</w:t>
      </w:r>
    </w:p>
    <w:p>
      <w:r>
        <w:rPr>
          <w:b/>
        </w:rPr>
        <w:t>칭찬 전달 목록</w:t>
      </w:r>
    </w:p>
    <w:p>
      <w:r>
        <w:t>접수번호: VC-20079, VC-20175, VC-20181, VC-20204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