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입원 경과 메모 (의사·간호 기록 모음)</w:t>
      </w:r>
    </w:p>
    <w:p>
      <w:r>
        <w:t>JJ병원(가상) 5병동 · 환자: 오한결(가명) 72세 남성 · 등록번호 00000000(가상) · 주치의 가상의사 윤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12일(월)</w:t>
      </w:r>
    </w:p>
    <w:p>
      <w:pPr>
        <w:pStyle w:val="ListBullet"/>
      </w:pPr>
      <w:r>
        <w:t>응급실 경유 입원. 기침·가래 5일, 어제부터 고열+숨참</w:t>
      </w:r>
    </w:p>
    <w:p>
      <w:pPr>
        <w:pStyle w:val="ListBullet"/>
      </w:pPr>
      <w:r>
        <w:t>체온 38.9, 산소포화도 91%(실내공기), 혈당 238</w:t>
      </w:r>
    </w:p>
    <w:p>
      <w:pPr>
        <w:pStyle w:val="ListBullet"/>
      </w:pPr>
      <w:r>
        <w:t>흉부 X선: 오른쪽 아래 폐 폐렴 소견</w:t>
      </w:r>
    </w:p>
    <w:p>
      <w:pPr>
        <w:pStyle w:val="ListBullet"/>
      </w:pPr>
      <w:r>
        <w:t>CRP 18.4, 백혈구 14,200</w:t>
      </w:r>
    </w:p>
    <w:p>
      <w:pPr>
        <w:pStyle w:val="ListBullet"/>
      </w:pPr>
      <w:r>
        <w:t>산소 2L, 항생제 주사 시작(세프트리악손 1g 하루 1회 + 아지트로마이신 500mg 하루 1회)</w:t>
      </w:r>
    </w:p>
    <w:p>
      <w:pPr>
        <w:pStyle w:val="ListBullet"/>
      </w:pPr>
      <w:r>
        <w:t>당뇨: 메트포르민 잠시 중단, 인슐린으로 혈당 조절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13일(화)</w:t>
      </w:r>
    </w:p>
    <w:p>
      <w:pPr>
        <w:pStyle w:val="ListBullet"/>
      </w:pPr>
      <w:r>
        <w:t>열 38.4 아직 높음, 누런 가래 많음</w:t>
      </w:r>
    </w:p>
    <w:p>
      <w:pPr>
        <w:pStyle w:val="ListBullet"/>
      </w:pPr>
      <w:r>
        <w:t>산소 2L 유지, 산소포화도 94%</w:t>
      </w:r>
    </w:p>
    <w:p>
      <w:pPr>
        <w:pStyle w:val="ListBullet"/>
      </w:pPr>
      <w:r>
        <w:t>혈당 201, 인슐린 계속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14일(수)</w:t>
      </w:r>
    </w:p>
    <w:p>
      <w:pPr>
        <w:pStyle w:val="ListBullet"/>
      </w:pPr>
      <w:r>
        <w:t>열 37.8로 내림</w:t>
      </w:r>
    </w:p>
    <w:p>
      <w:pPr>
        <w:pStyle w:val="ListBullet"/>
      </w:pPr>
      <w:r>
        <w:t>산소 1L로 줄임, 산소포화도 95%</w:t>
      </w:r>
    </w:p>
    <w:p>
      <w:pPr>
        <w:pStyle w:val="ListBullet"/>
      </w:pPr>
      <w:r>
        <w:t>아지트로마이신 3일 끝(오늘이 마지막)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15일(목)</w:t>
      </w:r>
    </w:p>
    <w:p>
      <w:pPr>
        <w:pStyle w:val="ListBullet"/>
      </w:pPr>
      <w:r>
        <w:t>열 없음 37.0</w:t>
      </w:r>
    </w:p>
    <w:p>
      <w:pPr>
        <w:pStyle w:val="ListBullet"/>
      </w:pPr>
      <w:r>
        <w:t>산소 중단, 실내공기에서 산소포화도 96%</w:t>
      </w:r>
    </w:p>
    <w:p>
      <w:pPr>
        <w:pStyle w:val="ListBullet"/>
      </w:pPr>
      <w:r>
        <w:t>CRP 8.9, 백혈구 10,100</w:t>
      </w:r>
    </w:p>
    <w:p>
      <w:pPr>
        <w:pStyle w:val="ListBullet"/>
      </w:pPr>
      <w:r>
        <w:t>세프트리악손 주사 마지막(10/12~10/15, 4일)</w:t>
      </w:r>
    </w:p>
    <w:p>
      <w:pPr>
        <w:pStyle w:val="ListBullet"/>
      </w:pPr>
      <w:r>
        <w:t>혈당 159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16일(금)</w:t>
      </w:r>
    </w:p>
    <w:p>
      <w:pPr>
        <w:pStyle w:val="ListBullet"/>
      </w:pPr>
      <w:r>
        <w:t>주사 항생제 대신 먹는 항생제로 바꿈(아목시실린-클라불란산)</w:t>
      </w:r>
    </w:p>
    <w:p>
      <w:pPr>
        <w:pStyle w:val="ListBullet"/>
      </w:pPr>
      <w:r>
        <w:t>메트포르민 다시 시작, 인슐린 중단</w:t>
      </w:r>
    </w:p>
    <w:p>
      <w:pPr>
        <w:pStyle w:val="ListBullet"/>
      </w:pPr>
      <w:r>
        <w:t>식사 잘 함, 공복혈당 148</w:t>
      </w:r>
    </w:p>
    <w:p>
      <w:pPr>
        <w:pStyle w:val="ListBullet"/>
      </w:pPr>
      <w:r>
        <w:t>내일 퇴원 예정으로 가족에게 연락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10월 17일(토)</w:t>
      </w:r>
    </w:p>
    <w:p>
      <w:pPr>
        <w:pStyle w:val="ListBullet"/>
      </w:pPr>
      <w:r>
        <w:t>퇴원. 체온 36.7, 산소포화도 97%, 공복혈당 142</w:t>
      </w:r>
    </w:p>
    <w:p>
      <w:pPr>
        <w:pStyle w:val="ListBullet"/>
      </w:pPr>
      <w:r>
        <w:t>CRP 3.1, 백혈구 7,800</w:t>
      </w:r>
    </w:p>
    <w:p>
      <w:pPr>
        <w:pStyle w:val="ListBullet"/>
      </w:pPr>
      <w:r>
        <w:t>퇴원 교육: 물 자주 마시기, 가볍게 걷기, 약 끝까지, 당뇨식, 혈당 하루 한 번 공복에 재기</w:t>
      </w:r>
    </w:p>
    <w:p>
      <w:pPr>
        <w:pStyle w:val="ListBullet"/>
      </w:pPr>
      <w:r>
        <w:t>외래 10/27 오전 10:30 호흡기내과, 진료 전 흉부 X선+피검사(10시까지 영상의학과) / 11/10 오전 9:30 내분비내과는 원래 예약 그대로</w:t>
      </w:r>
    </w:p>
    <w:p>
      <w:pPr>
        <w:pStyle w:val="ListBullet"/>
      </w:pPr>
      <w:r>
        <w:t>이런 증상이면 바로 응급실: 38도 이상 열 다시, 숨 많이 참, 가슴 통증, 입술·손끝 파래짐, 피 섞인 가래</w:t>
      </w:r>
    </w:p>
    <w:p>
      <w:pPr>
        <w:pStyle w:val="ListBullet"/>
      </w:pPr>
      <w:r>
        <w:t>일상·일 복귀 시기, 폐렴 예방접종은 말한 적 없음 → 확인 필요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