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환자(가명) · 실제 병원·환자와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외래 진료 메모 (진료 중 받아 적은 그대로)</w:t>
      </w:r>
    </w:p>
    <w:p>
      <w:r>
        <w:t>JJ병원(가상) 내과·정형외과 외래 / 오늘 진료 3명 / 환자 이름은 가명</w:t>
      </w:r>
    </w:p>
    <w:p>
      <w:pPr>
        <w:pStyle w:val="Heading2"/>
      </w:pPr>
      <w:r>
        <w:t>환자A · 김하늘(가명) · 58세 여성</w:t>
      </w:r>
    </w:p>
    <w:p>
      <w:pPr>
        <w:pStyle w:val="ListBullet"/>
      </w:pPr>
      <w:r>
        <w:t>고혈압 재진. 두통·어지럼 2주, 아침에 심함</w:t>
      </w:r>
    </w:p>
    <w:p>
      <w:pPr>
        <w:pStyle w:val="ListBullet"/>
      </w:pPr>
      <w:r>
        <w:t>가정혈압 평균 145/90 (수첩 보고 적음)</w:t>
      </w:r>
    </w:p>
    <w:p>
      <w:pPr>
        <w:pStyle w:val="ListBullet"/>
      </w:pPr>
      <w:r>
        <w:t>오늘 진료실 혈압 148/92, 맥박 76</w:t>
      </w:r>
    </w:p>
    <w:p>
      <w:pPr>
        <w:pStyle w:val="ListBullet"/>
      </w:pPr>
      <w:r>
        <w:t>복용 중: 암로디핀 5mg 아침 1회, 잘 먹는다고 함</w:t>
      </w:r>
    </w:p>
    <w:p>
      <w:pPr>
        <w:pStyle w:val="ListBullet"/>
      </w:pPr>
      <w:r>
        <w:t>짠 음식 자주 먹음 / 흡연 안 함</w:t>
      </w:r>
    </w:p>
    <w:p>
      <w:pPr>
        <w:pStyle w:val="ListBullet"/>
      </w:pPr>
      <w:r>
        <w:t>신경학적 이상 없음</w:t>
      </w:r>
    </w:p>
    <w:p>
      <w:pPr>
        <w:pStyle w:val="ListBullet"/>
      </w:pPr>
      <w:r>
        <w:t>→ 약 그대로 유지, 저염식 설명, 가정혈압 계속 기록, 4주 뒤 재방문, 혈액검사 오더</w:t>
      </w:r>
    </w:p>
    <w:p>
      <w:pPr>
        <w:pStyle w:val="Heading2"/>
      </w:pPr>
      <w:r>
        <w:t>환자B · 박도윤(가명) · 34세 남성</w:t>
      </w:r>
    </w:p>
    <w:p>
      <w:pPr>
        <w:pStyle w:val="ListBullet"/>
      </w:pPr>
      <w:r>
        <w:t>초진. 기침 5일 + 목 아픔, 콧물</w:t>
      </w:r>
    </w:p>
    <w:p>
      <w:pPr>
        <w:pStyle w:val="ListBullet"/>
      </w:pPr>
      <w:r>
        <w:t>열은 없다고 함, 오늘 체온 37.2</w:t>
      </w:r>
    </w:p>
    <w:p>
      <w:pPr>
        <w:pStyle w:val="ListBullet"/>
      </w:pPr>
      <w:r>
        <w:t>인후 발적, 폐음 깨끗</w:t>
      </w:r>
    </w:p>
    <w:p>
      <w:pPr>
        <w:pStyle w:val="ListBullet"/>
      </w:pPr>
      <w:r>
        <w:t>약 알레르기: 페니실린? 본인이 잘 모름 (확인)</w:t>
      </w:r>
    </w:p>
    <w:p>
      <w:pPr>
        <w:pStyle w:val="ListBullet"/>
      </w:pPr>
      <w:r>
        <w:t>→ 대증치료 처방, 물 많이 마시기, 3일 지나도 열나거나 숨차면 재방문</w:t>
      </w:r>
    </w:p>
    <w:p>
      <w:pPr>
        <w:pStyle w:val="Heading2"/>
      </w:pPr>
      <w:r>
        <w:t>환자C · 이서윤(가명) · 67세 여성</w:t>
      </w:r>
    </w:p>
    <w:p>
      <w:pPr>
        <w:pStyle w:val="ListBullet"/>
      </w:pPr>
      <w:r>
        <w:t>초진. 오른쪽 무릎 통증 3개월</w:t>
      </w:r>
    </w:p>
    <w:p>
      <w:pPr>
        <w:pStyle w:val="ListBullet"/>
      </w:pPr>
      <w:r>
        <w:t>계단 오르내릴 때 심함, 아침에 뻣뻣함 10분쯤</w:t>
      </w:r>
    </w:p>
    <w:p>
      <w:pPr>
        <w:pStyle w:val="ListBullet"/>
      </w:pPr>
      <w:r>
        <w:t>오른 무릎 압통, 부종 없음, 움직이는 범위 약간 제한</w:t>
      </w:r>
    </w:p>
    <w:p>
      <w:pPr>
        <w:pStyle w:val="ListBullet"/>
      </w:pPr>
      <w:r>
        <w:t>X-ray 찍음: 관절 간격 약간 줄어 보임 (영상의학과 판독 전, 내가 본 소견)</w:t>
      </w:r>
    </w:p>
    <w:p>
      <w:pPr>
        <w:pStyle w:val="ListBullet"/>
      </w:pPr>
      <w:r>
        <w:t>→ 물리치료 의뢰, 소염진통제 처방(약 이름은 처방창에서), 체중 조절 설명, 6주 뒤 재방문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