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JJ마트 고객군별 행사 안내 발송 검토표</w:t>
      </w:r>
    </w:p>
    <w:p>
      <w:r>
        <w:t>교육 영상 시연용 가상 자료</w:t>
      </w:r>
    </w:p>
    <w:p>
      <w:pPr>
        <w:pStyle w:val="Heading2"/>
      </w:pPr>
      <w:r>
        <w:t>상태</w:t>
      </w:r>
    </w:p>
    <w:p>
      <w:r>
        <w:t>검토용 결과 예시 / 아직 승인·발송하지 않음. 실제 앱 실행 결과가 아님.</w:t>
      </w:r>
    </w:p>
    <w:p>
      <w:pPr>
        <w:pStyle w:val="Heading2"/>
      </w:pPr>
      <w:r>
        <w:t>행사</w:t>
      </w:r>
    </w:p>
    <w:p>
      <w:r>
        <w:t>2026-11-14 17:00~20:00, 가온점·나래점 매장 방문 구매만. 온라인몰 제외. 점포별 재고 소진 시 종료.</w:t>
      </w:r>
    </w:p>
    <w:p>
      <w:pPr>
        <w:pStyle w:val="Heading2"/>
      </w:pPr>
      <w:r>
        <w:t>인원 검산</w:t>
      </w:r>
    </w:p>
    <w:p>
      <w:r>
        <w:t>123행 - 동일 중복 3행 = 120명. 미동의 18 + 철회 6 + 다른 점포 6 = 제외 30명. 대상 90명 = 신규 24 + 단골 42 + 휴면 24.</w:t>
      </w:r>
    </w:p>
    <w:p>
      <w:pPr>
        <w:pStyle w:val="Heading2"/>
      </w:pPr>
      <w:r>
        <w:t>재고와 승인</w:t>
      </w:r>
    </w:p>
    <w:p>
      <w:r>
        <w:t>16:40 점포별 재고 확인 후 재고 담당·CRM 담당 승인. 발송 직전 동의·철회·당일 중복 안내를 재확인한다. 실제 발송 인원은 줄 수 있다.</w:t>
      </w:r>
    </w:p>
    <w:p>
      <w:pPr>
        <w:pStyle w:val="Heading2"/>
      </w:pPr>
      <w:r>
        <w:t>시점 판단</w:t>
      </w:r>
    </w:p>
    <w:p>
      <w:r>
        <w:t>신규 17:00, 단골 17:10, 휴면 17:20(한국시간). 10분 간격으로 나누는 운영 제안이며 구매 반응으로 검증한 최적 시간이 아니다.</w:t>
      </w:r>
    </w:p>
    <w:p>
      <w:pPr>
        <w:pStyle w:val="Heading2"/>
      </w:pPr>
      <w:r>
        <w:t>신규 · 17:00 · 24명</w:t>
      </w:r>
    </w:p>
    <w:p>
      <w:r>
        <w:t>제목: (광고) JJ마트</w:t>
        <w:br/>
        <w:t>처음 만나는 JJ마트 마감 행사! 11/14 17~20시 가온점·나래점 매장 방문 구매 시 시금치 1봉 3,000원→2,100원(30%). 점포별 재고 소진 시 종료. 온라인몰 제외.</w:t>
        <w:br/>
        <w:t>본문 102자 / 승인 전</w:t>
      </w:r>
    </w:p>
    <w:p>
      <w:pPr>
        <w:pStyle w:val="Heading2"/>
      </w:pPr>
      <w:r>
        <w:t>단골 · 17:10 · 42명</w:t>
      </w:r>
    </w:p>
    <w:p>
      <w:r>
        <w:t>제목: (광고) JJ마트</w:t>
        <w:br/>
        <w:t>늘 찾아주셔서 고맙습니다. 11/14 17~20시 가온점·나래점 매장 방문 구매 시 두부 1모 2,000원→1,600원(20%). 점포별 재고 소진 시 종료. 온라인몰 제외.</w:t>
        <w:br/>
        <w:t>본문 97자 / 승인 전</w:t>
      </w:r>
    </w:p>
    <w:p>
      <w:pPr>
        <w:pStyle w:val="Heading2"/>
      </w:pPr>
      <w:r>
        <w:t>휴면 · 17:20 · 24명</w:t>
      </w:r>
    </w:p>
    <w:p>
      <w:r>
        <w:t>제목: (광고) JJ마트</w:t>
        <w:br/>
        <w:t>오랜만에 JJ마트 소식 전해요. 11/14 17~20시 가온점·나래점 매장 방문 구매 시 바나나 1송이 5,000원→4,000원(20%). 점포별 재고 소진 시 종료. 온라인몰 제외.</w:t>
        <w:br/>
        <w:t>본문 102자 / 승인 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