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JJ마트 선물세트·포장 기획 인계 메모</w:t>
      </w:r>
    </w:p>
    <w:p>
      <w:r>
        <w:t>교육 영상 시연용 가상 자료</w:t>
      </w:r>
    </w:p>
    <w:p>
      <w:pPr>
        <w:pStyle w:val="Heading1"/>
      </w:pPr>
      <w:r>
        <w:t>앞 업무</w:t>
      </w:r>
    </w:p>
    <w:p>
      <w:r>
        <w:t>선물세트·포장 기획 초안을 협력사와 주고받기</w:t>
      </w:r>
    </w:p>
    <w:p>
      <w:pPr>
        <w:pStyle w:val="Heading1"/>
      </w:pPr>
      <w:r>
        <w:t>기획 초안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회사</w:t>
            </w:r>
          </w:p>
        </w:tc>
        <w:tc>
          <w:tcPr>
            <w:tcW w:type="dxa" w:w="4320"/>
          </w:tcPr>
          <w:p>
            <w:r>
              <w:t>JJ마트(가상, 대형마트·온라인몰, 점포 38곳)</w:t>
            </w:r>
          </w:p>
        </w:tc>
      </w:tr>
      <w:tr>
        <w:tc>
          <w:tcPr>
            <w:tcW w:type="dxa" w:w="4320"/>
          </w:tcPr>
          <w:p>
            <w:r>
              <w:t>상품</w:t>
            </w:r>
          </w:p>
        </w:tc>
        <w:tc>
          <w:tcPr>
            <w:tcW w:type="dxa" w:w="4320"/>
          </w:tcPr>
          <w:p>
            <w:r>
              <w:t>온담 머그 선물세트</w:t>
            </w:r>
          </w:p>
        </w:tc>
      </w:tr>
      <w:tr>
        <w:tc>
          <w:tcPr>
            <w:tcW w:type="dxa" w:w="4320"/>
          </w:tcPr>
          <w:p>
            <w:r>
              <w:t>용도</w:t>
            </w:r>
          </w:p>
        </w:tc>
        <w:tc>
          <w:tcPr>
            <w:tcW w:type="dxa" w:w="4320"/>
          </w:tcPr>
          <w:p>
            <w:r>
              <w:t>집들이 선물·차분한 일상</w:t>
            </w:r>
          </w:p>
        </w:tc>
      </w:tr>
      <w:tr>
        <w:tc>
          <w:tcPr>
            <w:tcW w:type="dxa" w:w="4320"/>
          </w:tcPr>
          <w:p>
            <w:r>
              <w:t>초기 포장안</w:t>
            </w:r>
          </w:p>
        </w:tc>
        <w:tc>
          <w:tcPr>
            <w:tcW w:type="dxa" w:w="4320"/>
          </w:tcPr>
          <w:p>
            <w:r>
              <w:t>선물 상자·종이 쇼핑백, 완충재는 협력사 검토 요청</w:t>
            </w:r>
          </w:p>
        </w:tc>
      </w:tr>
    </w:tbl>
    <w:p>
      <w:pPr>
        <w:pStyle w:val="Heading1"/>
      </w:pPr>
      <w:r>
        <w:t>협력사 회신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확인된 내용</w:t>
            </w:r>
          </w:p>
        </w:tc>
      </w:tr>
      <w:tr>
        <w:tc>
          <w:tcPr>
            <w:tcW w:type="dxa" w:w="4320"/>
          </w:tcPr>
          <w:p>
            <w:r>
              <w:t>회신 회사</w:t>
            </w:r>
          </w:p>
        </w:tc>
        <w:tc>
          <w:tcPr>
            <w:tcW w:type="dxa" w:w="4320"/>
          </w:tcPr>
          <w:p>
            <w:r>
              <w:t>다온생활(가상)</w:t>
            </w:r>
          </w:p>
        </w:tc>
      </w:tr>
      <w:tr>
        <w:tc>
          <w:tcPr>
            <w:tcW w:type="dxa" w:w="4320"/>
          </w:tcPr>
          <w:p>
            <w:r>
              <w:t>구성</w:t>
            </w:r>
          </w:p>
        </w:tc>
        <w:tc>
          <w:tcPr>
            <w:tcW w:type="dxa" w:w="4320"/>
          </w:tcPr>
          <w:p>
            <w:r>
              <w:t>도자기 머그 300mL 2개 · 아이보리 1개·세이지 1개</w:t>
            </w:r>
          </w:p>
        </w:tc>
      </w:tr>
      <w:tr>
        <w:tc>
          <w:tcPr>
            <w:tcW w:type="dxa" w:w="4320"/>
          </w:tcPr>
          <w:p>
            <w:r>
              <w:t>포장 확정안</w:t>
            </w:r>
          </w:p>
        </w:tc>
        <w:tc>
          <w:tcPr>
            <w:tcW w:type="dxa" w:w="4320"/>
          </w:tcPr>
          <w:p>
            <w:r>
              <w:t>선물 상자 1개·종이 완충재·종이 쇼핑백 1개</w:t>
            </w:r>
          </w:p>
        </w:tc>
      </w:tr>
      <w:tr>
        <w:tc>
          <w:tcPr>
            <w:tcW w:type="dxa" w:w="4320"/>
          </w:tcPr>
          <w:p>
            <w:r>
              <w:t>원칙</w:t>
            </w:r>
          </w:p>
        </w:tc>
        <w:tc>
          <w:tcPr>
            <w:tcW w:type="dxa" w:w="4320"/>
          </w:tcPr>
          <w:p>
            <w:r>
              <w:t>아직 확인되지 않은 제조국·제조자는 상품정보에서 확인 필요로 남김</w:t>
            </w:r>
          </w:p>
        </w:tc>
      </w:tr>
    </w:tbl>
    <w:p>
      <w:pPr>
        <w:pStyle w:val="Heading1"/>
      </w:pPr>
      <w:r>
        <w:t>이번 업무로 넘길 것</w:t>
      </w:r>
    </w:p>
    <w:p>
      <w:r>
        <w:t>위 구성과 포장 확정안을 상품명·상세 설명 작성의 재료로 사용합니다. 가격·할인·배송일·판매 실적은 제공하지 않았습니다.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JJ마트(가상) · 검토용 초안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