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홍보소통과 주간업무</w:t>
      </w:r>
    </w:p>
    <w:p>
      <w:r>
        <w:t>JJ시청 · 교육 영상 시연용 가상 자료</w:t>
        <w:br/>
        <w:t>실적 2026.11.02~11.06 / 계획 2026.11.09~11.13</w:t>
      </w:r>
    </w:p>
    <w:p>
      <w:r>
        <w:t>제출 시각: 2026.11.06 10:00 · 실적과 다음 주 계획을 함께 기재</w:t>
      </w:r>
    </w:p>
    <w:p>
      <w:pPr>
        <w:pStyle w:val="Heading2"/>
      </w:pPr>
      <w:r>
        <w:t>업무 H01 | 보도자료 배포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rPr>
          <w:cantSplit/>
        </w:trPr>
        <w:tc>
          <w:tcPr>
            <w:tcW w:type="dxa" w:w="2606"/>
          </w:tcPr>
          <w:p>
            <w:r>
              <w:t>배포·추진 계획</w:t>
            </w:r>
          </w:p>
        </w:tc>
        <w:tc>
          <w:tcPr>
            <w:tcW w:type="dxa" w:w="2606"/>
          </w:tcPr>
          <w:p>
            <w:r>
              <w:t>금주 처리</w:t>
            </w:r>
          </w:p>
        </w:tc>
        <w:tc>
          <w:tcPr>
            <w:tcW w:type="dxa" w:w="2606"/>
          </w:tcPr>
          <w:p>
            <w:r>
              <w:t>진행 구분</w:t>
            </w:r>
          </w:p>
        </w:tc>
        <w:tc>
          <w:tcPr>
            <w:tcW w:type="dxa" w:w="2606"/>
          </w:tcPr>
          <w:p>
            <w:r>
              <w:t>예정일 / 유의사항</w:t>
            </w:r>
          </w:p>
        </w:tc>
      </w:tr>
      <w:tr>
        <w:trPr>
          <w:cantSplit/>
        </w:trPr>
        <w:tc>
          <w:tcPr>
            <w:tcW w:type="dxa" w:w="2606"/>
          </w:tcPr>
          <w:p>
            <w:r>
              <w:t>배포 기록 정리</w:t>
            </w:r>
          </w:p>
        </w:tc>
        <w:tc>
          <w:tcPr>
            <w:tcW w:type="dxa" w:w="2606"/>
          </w:tcPr>
          <w:p>
            <w:r>
              <w:t>보도자료 3건 배포</w:t>
            </w:r>
          </w:p>
        </w:tc>
        <w:tc>
          <w:tcPr>
            <w:tcW w:type="dxa" w:w="2606"/>
          </w:tcPr>
          <w:p>
            <w:r>
              <w:t>종결</w:t>
            </w:r>
          </w:p>
        </w:tc>
        <w:tc>
          <w:tcPr>
            <w:tcW w:type="dxa" w:w="2606"/>
          </w:tcPr>
          <w:p>
            <w:r>
              <w:t>2026-11-06 / 없음</w:t>
            </w:r>
          </w:p>
        </w:tc>
      </w:tr>
    </w:tbl>
    <w:p>
      <w:pPr>
        <w:pStyle w:val="Heading2"/>
      </w:pPr>
      <w:r>
        <w:t>업무 H02 | 누리집 공지 정비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rPr>
          <w:cantSplit/>
        </w:trPr>
        <w:tc>
          <w:tcPr>
            <w:tcW w:type="dxa" w:w="2606"/>
          </w:tcPr>
          <w:p>
            <w:r>
              <w:t>배포·추진 계획</w:t>
            </w:r>
          </w:p>
        </w:tc>
        <w:tc>
          <w:tcPr>
            <w:tcW w:type="dxa" w:w="2606"/>
          </w:tcPr>
          <w:p>
            <w:r>
              <w:t>금주 처리</w:t>
            </w:r>
          </w:p>
        </w:tc>
        <w:tc>
          <w:tcPr>
            <w:tcW w:type="dxa" w:w="2606"/>
          </w:tcPr>
          <w:p>
            <w:r>
              <w:t>진행 구분</w:t>
            </w:r>
          </w:p>
        </w:tc>
        <w:tc>
          <w:tcPr>
            <w:tcW w:type="dxa" w:w="2606"/>
          </w:tcPr>
          <w:p>
            <w:r>
              <w:t>예정일 / 유의사항</w:t>
            </w:r>
          </w:p>
        </w:tc>
      </w:tr>
      <w:tr>
        <w:trPr>
          <w:cantSplit/>
        </w:trPr>
        <w:tc>
          <w:tcPr>
            <w:tcW w:type="dxa" w:w="2606"/>
          </w:tcPr>
          <w:p>
            <w:r>
              <w:t>게시 내용 확인</w:t>
            </w:r>
          </w:p>
        </w:tc>
        <w:tc>
          <w:tcPr>
            <w:tcW w:type="dxa" w:w="2606"/>
          </w:tcPr>
          <w:p>
            <w:r>
              <w:t>공지 5건 정비</w:t>
            </w:r>
          </w:p>
        </w:tc>
        <w:tc>
          <w:tcPr>
            <w:tcW w:type="dxa" w:w="2606"/>
          </w:tcPr>
          <w:p>
            <w:r>
              <w:t>종결</w:t>
            </w:r>
          </w:p>
        </w:tc>
        <w:tc>
          <w:tcPr>
            <w:tcW w:type="dxa" w:w="2606"/>
          </w:tcPr>
          <w:p>
            <w:r>
              <w:t>2026-11-06 / 없음</w:t>
            </w:r>
          </w:p>
        </w:tc>
      </w:tr>
    </w:tbl>
    <w:p>
      <w:pPr>
        <w:pStyle w:val="Heading2"/>
      </w:pPr>
      <w:r>
        <w:t>업무 H03 | 겨울철 시설점검 안내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rPr>
          <w:cantSplit/>
        </w:trPr>
        <w:tc>
          <w:tcPr>
            <w:tcW w:type="dxa" w:w="2606"/>
          </w:tcPr>
          <w:p>
            <w:r>
              <w:t>배포·추진 계획</w:t>
            </w:r>
          </w:p>
        </w:tc>
        <w:tc>
          <w:tcPr>
            <w:tcW w:type="dxa" w:w="2606"/>
          </w:tcPr>
          <w:p>
            <w:r>
              <w:t>금주 처리</w:t>
            </w:r>
          </w:p>
        </w:tc>
        <w:tc>
          <w:tcPr>
            <w:tcW w:type="dxa" w:w="2606"/>
          </w:tcPr>
          <w:p>
            <w:r>
              <w:t>진행 구분</w:t>
            </w:r>
          </w:p>
        </w:tc>
        <w:tc>
          <w:tcPr>
            <w:tcW w:type="dxa" w:w="2606"/>
          </w:tcPr>
          <w:p>
            <w:r>
              <w:t>예정일 / 유의사항</w:t>
            </w:r>
          </w:p>
        </w:tc>
      </w:tr>
      <w:tr>
        <w:trPr>
          <w:cantSplit/>
        </w:trPr>
        <w:tc>
          <w:tcPr>
            <w:tcW w:type="dxa" w:w="2606"/>
          </w:tcPr>
          <w:p>
            <w:r>
              <w:t>안전 검토 후 배포 준비</w:t>
            </w:r>
          </w:p>
        </w:tc>
        <w:tc>
          <w:tcPr>
            <w:tcW w:type="dxa" w:w="2606"/>
          </w:tcPr>
          <w:p>
            <w:r>
              <w:t>보도 초안 1건 작성</w:t>
            </w:r>
          </w:p>
        </w:tc>
        <w:tc>
          <w:tcPr>
            <w:tcW w:type="dxa" w:w="2606"/>
          </w:tcPr>
          <w:p>
            <w:r>
              <w:t>추진중</w:t>
            </w:r>
          </w:p>
        </w:tc>
        <w:tc>
          <w:tcPr>
            <w:tcW w:type="dxa" w:w="2606"/>
          </w:tcPr>
          <w:p>
            <w:r>
              <w:t>2026-11-12 / 보도일정과 대조</w:t>
            </w:r>
          </w:p>
        </w:tc>
      </w:tr>
    </w:tbl>
    <w:p>
      <w:pPr>
        <w:pStyle w:val="Heading2"/>
      </w:pPr>
      <w:r>
        <w:t>업무 H04 | 청년참여 간담회 안내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rPr>
          <w:cantSplit/>
        </w:trPr>
        <w:tc>
          <w:tcPr>
            <w:tcW w:type="dxa" w:w="2606"/>
          </w:tcPr>
          <w:p>
            <w:r>
              <w:t>배포·추진 계획</w:t>
            </w:r>
          </w:p>
        </w:tc>
        <w:tc>
          <w:tcPr>
            <w:tcW w:type="dxa" w:w="2606"/>
          </w:tcPr>
          <w:p>
            <w:r>
              <w:t>금주 처리</w:t>
            </w:r>
          </w:p>
        </w:tc>
        <w:tc>
          <w:tcPr>
            <w:tcW w:type="dxa" w:w="2606"/>
          </w:tcPr>
          <w:p>
            <w:r>
              <w:t>진행 구분</w:t>
            </w:r>
          </w:p>
        </w:tc>
        <w:tc>
          <w:tcPr>
            <w:tcW w:type="dxa" w:w="2606"/>
          </w:tcPr>
          <w:p>
            <w:r>
              <w:t>예정일 / 유의사항</w:t>
            </w:r>
          </w:p>
        </w:tc>
      </w:tr>
      <w:tr>
        <w:trPr>
          <w:cantSplit/>
        </w:trPr>
        <w:tc>
          <w:tcPr>
            <w:tcW w:type="dxa" w:w="2606"/>
          </w:tcPr>
          <w:p>
            <w:r>
              <w:t>사진 사용 확인 후 배포 여부 판단</w:t>
            </w:r>
          </w:p>
        </w:tc>
        <w:tc>
          <w:tcPr>
            <w:tcW w:type="dxa" w:w="2606"/>
          </w:tcPr>
          <w:p>
            <w:r>
              <w:t>사진 사용 확인 대기</w:t>
            </w:r>
          </w:p>
        </w:tc>
        <w:tc>
          <w:tcPr>
            <w:tcW w:type="dxa" w:w="2606"/>
          </w:tcPr>
          <w:p>
            <w:r>
              <w:t>일정 지체</w:t>
            </w:r>
          </w:p>
        </w:tc>
        <w:tc>
          <w:tcPr>
            <w:tcW w:type="dxa" w:w="2606"/>
          </w:tcPr>
          <w:p>
            <w:r>
              <w:t>2026-11-13 / 미확인 상태로 배포 금지</w:t>
            </w:r>
          </w:p>
        </w:tc>
      </w:tr>
    </w:tbl>
    <w:p>
      <w:pPr>
        <w:pStyle w:val="Heading2"/>
      </w:pPr>
      <w:r>
        <w:t>업무 H05 | 정책소식 요약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rPr>
          <w:cantSplit/>
        </w:trPr>
        <w:tc>
          <w:tcPr>
            <w:tcW w:type="dxa" w:w="2606"/>
          </w:tcPr>
          <w:p>
            <w:r>
              <w:t>배포·추진 계획</w:t>
            </w:r>
          </w:p>
        </w:tc>
        <w:tc>
          <w:tcPr>
            <w:tcW w:type="dxa" w:w="2606"/>
          </w:tcPr>
          <w:p>
            <w:r>
              <w:t>금주 처리</w:t>
            </w:r>
          </w:p>
        </w:tc>
        <w:tc>
          <w:tcPr>
            <w:tcW w:type="dxa" w:w="2606"/>
          </w:tcPr>
          <w:p>
            <w:r>
              <w:t>진행 구분</w:t>
            </w:r>
          </w:p>
        </w:tc>
        <w:tc>
          <w:tcPr>
            <w:tcW w:type="dxa" w:w="2606"/>
          </w:tcPr>
          <w:p>
            <w:r>
              <w:t>예정일 / 유의사항</w:t>
            </w:r>
          </w:p>
        </w:tc>
      </w:tr>
      <w:tr>
        <w:trPr>
          <w:cantSplit/>
        </w:trPr>
        <w:tc>
          <w:tcPr>
            <w:tcW w:type="dxa" w:w="2606"/>
          </w:tcPr>
          <w:p>
            <w:r>
              <w:t>요약본 대조</w:t>
            </w:r>
          </w:p>
        </w:tc>
        <w:tc>
          <w:tcPr>
            <w:tcW w:type="dxa" w:w="2606"/>
          </w:tcPr>
          <w:p>
            <w:r>
              <w:t>정책소식 4건 취합 중</w:t>
            </w:r>
          </w:p>
        </w:tc>
        <w:tc>
          <w:tcPr>
            <w:tcW w:type="dxa" w:w="2606"/>
          </w:tcPr>
          <w:p>
            <w:r>
              <w:t>추진중</w:t>
            </w:r>
          </w:p>
        </w:tc>
        <w:tc>
          <w:tcPr>
            <w:tcW w:type="dxa" w:w="2606"/>
          </w:tcPr>
          <w:p>
            <w:r>
              <w:t>2026-11-11 / 없음</w:t>
            </w:r>
          </w:p>
        </w:tc>
      </w:tr>
    </w:tbl>
    <w:p>
      <w:pPr>
        <w:pStyle w:val="Heading2"/>
      </w:pPr>
      <w:r>
        <w:t>업무 H06 | 홍보 실적 취합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rPr>
          <w:cantSplit/>
        </w:trPr>
        <w:tc>
          <w:tcPr>
            <w:tcW w:type="dxa" w:w="2606"/>
          </w:tcPr>
          <w:p>
            <w:r>
              <w:t>배포·추진 계획</w:t>
            </w:r>
          </w:p>
        </w:tc>
        <w:tc>
          <w:tcPr>
            <w:tcW w:type="dxa" w:w="2606"/>
          </w:tcPr>
          <w:p>
            <w:r>
              <w:t>금주 처리</w:t>
            </w:r>
          </w:p>
        </w:tc>
        <w:tc>
          <w:tcPr>
            <w:tcW w:type="dxa" w:w="2606"/>
          </w:tcPr>
          <w:p>
            <w:r>
              <w:t>진행 구분</w:t>
            </w:r>
          </w:p>
        </w:tc>
        <w:tc>
          <w:tcPr>
            <w:tcW w:type="dxa" w:w="2606"/>
          </w:tcPr>
          <w:p>
            <w:r>
              <w:t>예정일 / 유의사항</w:t>
            </w:r>
          </w:p>
        </w:tc>
      </w:tr>
      <w:tr>
        <w:trPr>
          <w:cantSplit/>
        </w:trPr>
        <w:tc>
          <w:tcPr>
            <w:tcW w:type="dxa" w:w="2606"/>
          </w:tcPr>
          <w:p>
            <w:r>
              <w:t>부서별 실적 확인</w:t>
            </w:r>
          </w:p>
        </w:tc>
        <w:tc>
          <w:tcPr>
            <w:tcW w:type="dxa" w:w="2606"/>
          </w:tcPr>
          <w:p>
            <w:r>
              <w:t>4개 부서 자료 취합 중</w:t>
            </w:r>
          </w:p>
        </w:tc>
        <w:tc>
          <w:tcPr>
            <w:tcW w:type="dxa" w:w="2606"/>
          </w:tcPr>
          <w:p>
            <w:r>
              <w:t>추진중</w:t>
            </w:r>
          </w:p>
        </w:tc>
        <w:tc>
          <w:tcPr>
            <w:tcW w:type="dxa" w:w="2606"/>
          </w:tcPr>
          <w:p>
            <w:r>
              <w:t>2026-11-13 / 없음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검토 전 초안 / 실제 행정 문서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