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틀린 결과 바로잡기 · 오류 연습</w:t>
      </w:r>
    </w:p>
    <w:p>
      <w:r>
        <w:t>JJ시청 · 교육 영상 시연용 가상 자료</w:t>
        <w:br/>
        <w:t>실적 2026.11.02~11.06 / 계획 2026.11.09~11.13</w:t>
      </w:r>
    </w:p>
    <w:p>
      <w:r>
        <w:t>아래는 오류를 찾는 교육용 예시이며 실제 Work 응답이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213"/>
          </w:tcPr>
          <w:p>
            <w:r>
              <w:t>항목</w:t>
            </w:r>
          </w:p>
        </w:tc>
        <w:tc>
          <w:tcPr>
            <w:tcW w:type="dxa" w:w="5213"/>
          </w:tcPr>
          <w:p>
            <w:r>
              <w:t>일부러 틀리게 쓴 내용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t>취합 총계</w:t>
            </w:r>
          </w:p>
        </w:tc>
        <w:tc>
          <w:tcPr>
            <w:tcW w:type="dxa" w:w="5213"/>
          </w:tcPr>
          <w:p>
            <w:r>
              <w:t>25건 / 완료 8건 / 진행 13건 / 지연 4건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t>완료 비율</w:t>
            </w:r>
          </w:p>
        </w:tc>
        <w:tc>
          <w:tcPr>
            <w:tcW w:type="dxa" w:w="5213"/>
          </w:tcPr>
          <w:p>
            <w:r>
              <w:t>32.0%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t>G05 문서고 정리 기한</w:t>
            </w:r>
          </w:p>
        </w:tc>
        <w:tc>
          <w:tcPr>
            <w:tcW w:type="dxa" w:w="5213"/>
          </w:tcPr>
          <w:p>
            <w:r>
              <w:t>2026-11-13로 임의 입력</w:t>
            </w:r>
          </w:p>
        </w:tc>
      </w:tr>
      <w:tr>
        <w:trPr>
          <w:cantSplit/>
        </w:trPr>
        <w:tc>
          <w:tcPr>
            <w:tcW w:type="dxa" w:w="5213"/>
          </w:tcPr>
          <w:p>
            <w:r>
              <w:t>H04 청년참여 간담회 안내</w:t>
            </w:r>
          </w:p>
        </w:tc>
        <w:tc>
          <w:tcPr>
            <w:tcW w:type="dxa" w:w="5213"/>
          </w:tcPr>
          <w:p>
            <w:r>
              <w:t>11/13 09:00 배포 확정</w:t>
            </w:r>
          </w:p>
        </w:tc>
      </w:tr>
    </w:tbl>
    <w:p>
      <w:r>
        <w:t>원본 4개와 작성기준을 다시 대조한다. 고친 값, 고친 이유, 원문 위치를 남긴다. 정답은 실습 묶음 밖 결과 예시의 대조표에 있다.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 전 초안 / 실제 행정 문서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