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기관 주간보고 · 검토 전 초안</w:t>
      </w:r>
    </w:p>
    <w:p>
      <w:r>
        <w:t>JJ시청 · 교육 영상 시연용 가상 자료</w:t>
        <w:br/>
        <w:t>실적 2026.11.02~11.06 / 계획 2026.11.09~11.13</w:t>
      </w:r>
    </w:p>
    <w:p>
      <w:r>
        <w:t>대상: 실습 4개 부서. 원본 25건 − 중복 1건 = 취합 24건. 완료 8건 / 진행 12건 / 지연 4건. 완료 비율 33.3%. 기한 미기재 1건은 별도 확인한다.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05"/>
        <w:gridCol w:w="3005"/>
        <w:gridCol w:w="3005"/>
        <w:gridCol w:w="3005"/>
        <w:gridCol w:w="3005"/>
      </w:tblGrid>
      <w:tr>
        <w:trPr>
          <w:cantSplit/>
        </w:trPr>
        <w:tc>
          <w:tcPr>
            <w:tcW w:type="dxa" w:w="3005"/>
          </w:tcPr>
          <w:p>
            <w:r>
              <w:t>부서</w:t>
            </w:r>
          </w:p>
        </w:tc>
        <w:tc>
          <w:tcPr>
            <w:tcW w:type="dxa" w:w="3005"/>
          </w:tcPr>
          <w:p>
            <w:r>
              <w:t>완료</w:t>
            </w:r>
          </w:p>
        </w:tc>
        <w:tc>
          <w:tcPr>
            <w:tcW w:type="dxa" w:w="3005"/>
          </w:tcPr>
          <w:p>
            <w:r>
              <w:t>진행</w:t>
            </w:r>
          </w:p>
        </w:tc>
        <w:tc>
          <w:tcPr>
            <w:tcW w:type="dxa" w:w="3005"/>
          </w:tcPr>
          <w:p>
            <w:r>
              <w:t>지연</w:t>
            </w:r>
          </w:p>
        </w:tc>
        <w:tc>
          <w:tcPr>
            <w:tcW w:type="dxa" w:w="3005"/>
          </w:tcPr>
          <w:p>
            <w:r>
              <w:t>합계</w:t>
            </w:r>
          </w:p>
        </w:tc>
      </w:tr>
      <w:tr>
        <w:trPr>
          <w:cantSplit/>
        </w:trPr>
        <w:tc>
          <w:tcPr>
            <w:tcW w:type="dxa" w:w="3005"/>
          </w:tcPr>
          <w:p>
            <w:r>
              <w:t>기획예산과</w:t>
            </w:r>
          </w:p>
        </w:tc>
        <w:tc>
          <w:tcPr>
            <w:tcW w:type="dxa" w:w="3005"/>
          </w:tcPr>
          <w:p>
            <w:r>
              <w:t>2</w:t>
            </w:r>
          </w:p>
        </w:tc>
        <w:tc>
          <w:tcPr>
            <w:tcW w:type="dxa" w:w="3005"/>
          </w:tcPr>
          <w:p>
            <w:r>
              <w:t>3</w:t>
            </w:r>
          </w:p>
        </w:tc>
        <w:tc>
          <w:tcPr>
            <w:tcW w:type="dxa" w:w="3005"/>
          </w:tcPr>
          <w:p>
            <w:r>
              <w:t>1</w:t>
            </w:r>
          </w:p>
        </w:tc>
        <w:tc>
          <w:tcPr>
            <w:tcW w:type="dxa" w:w="3005"/>
          </w:tcPr>
          <w:p>
            <w:r>
              <w:t>6</w:t>
            </w:r>
          </w:p>
        </w:tc>
      </w:tr>
      <w:tr>
        <w:trPr>
          <w:cantSplit/>
        </w:trPr>
        <w:tc>
          <w:tcPr>
            <w:tcW w:type="dxa" w:w="3005"/>
          </w:tcPr>
          <w:p>
            <w:r>
              <w:t>총무과</w:t>
            </w:r>
          </w:p>
        </w:tc>
        <w:tc>
          <w:tcPr>
            <w:tcW w:type="dxa" w:w="3005"/>
          </w:tcPr>
          <w:p>
            <w:r>
              <w:t>2</w:t>
            </w:r>
          </w:p>
        </w:tc>
        <w:tc>
          <w:tcPr>
            <w:tcW w:type="dxa" w:w="3005"/>
          </w:tcPr>
          <w:p>
            <w:r>
              <w:t>3</w:t>
            </w:r>
          </w:p>
        </w:tc>
        <w:tc>
          <w:tcPr>
            <w:tcW w:type="dxa" w:w="3005"/>
          </w:tcPr>
          <w:p>
            <w:r>
              <w:t>1</w:t>
            </w:r>
          </w:p>
        </w:tc>
        <w:tc>
          <w:tcPr>
            <w:tcW w:type="dxa" w:w="3005"/>
          </w:tcPr>
          <w:p>
            <w:r>
              <w:t>6</w:t>
            </w:r>
          </w:p>
        </w:tc>
      </w:tr>
      <w:tr>
        <w:trPr>
          <w:cantSplit/>
        </w:trPr>
        <w:tc>
          <w:tcPr>
            <w:tcW w:type="dxa" w:w="3005"/>
          </w:tcPr>
          <w:p>
            <w:r>
              <w:t>안전관리과</w:t>
            </w:r>
          </w:p>
        </w:tc>
        <w:tc>
          <w:tcPr>
            <w:tcW w:type="dxa" w:w="3005"/>
          </w:tcPr>
          <w:p>
            <w:r>
              <w:t>2</w:t>
            </w:r>
          </w:p>
        </w:tc>
        <w:tc>
          <w:tcPr>
            <w:tcW w:type="dxa" w:w="3005"/>
          </w:tcPr>
          <w:p>
            <w:r>
              <w:t>3</w:t>
            </w:r>
          </w:p>
        </w:tc>
        <w:tc>
          <w:tcPr>
            <w:tcW w:type="dxa" w:w="3005"/>
          </w:tcPr>
          <w:p>
            <w:r>
              <w:t>1</w:t>
            </w:r>
          </w:p>
        </w:tc>
        <w:tc>
          <w:tcPr>
            <w:tcW w:type="dxa" w:w="3005"/>
          </w:tcPr>
          <w:p>
            <w:r>
              <w:t>6</w:t>
            </w:r>
          </w:p>
        </w:tc>
      </w:tr>
      <w:tr>
        <w:trPr>
          <w:cantSplit/>
        </w:trPr>
        <w:tc>
          <w:tcPr>
            <w:tcW w:type="dxa" w:w="3005"/>
          </w:tcPr>
          <w:p>
            <w:r>
              <w:t>홍보소통과</w:t>
            </w:r>
          </w:p>
        </w:tc>
        <w:tc>
          <w:tcPr>
            <w:tcW w:type="dxa" w:w="3005"/>
          </w:tcPr>
          <w:p>
            <w:r>
              <w:t>2</w:t>
            </w:r>
          </w:p>
        </w:tc>
        <w:tc>
          <w:tcPr>
            <w:tcW w:type="dxa" w:w="3005"/>
          </w:tcPr>
          <w:p>
            <w:r>
              <w:t>3</w:t>
            </w:r>
          </w:p>
        </w:tc>
        <w:tc>
          <w:tcPr>
            <w:tcW w:type="dxa" w:w="3005"/>
          </w:tcPr>
          <w:p>
            <w:r>
              <w:t>1</w:t>
            </w:r>
          </w:p>
        </w:tc>
        <w:tc>
          <w:tcPr>
            <w:tcW w:type="dxa" w:w="3005"/>
          </w:tcPr>
          <w:p>
            <w:r>
              <w:t>6</w:t>
            </w:r>
          </w:p>
        </w:tc>
      </w:tr>
      <w:tr>
        <w:trPr>
          <w:cantSplit/>
        </w:trPr>
        <w:tc>
          <w:tcPr>
            <w:tcW w:type="dxa" w:w="3005"/>
          </w:tcPr>
          <w:p>
            <w:r>
              <w:t>합계</w:t>
            </w:r>
          </w:p>
        </w:tc>
        <w:tc>
          <w:tcPr>
            <w:tcW w:type="dxa" w:w="3005"/>
          </w:tcPr>
          <w:p>
            <w:r>
              <w:t>8</w:t>
            </w:r>
          </w:p>
        </w:tc>
        <w:tc>
          <w:tcPr>
            <w:tcW w:type="dxa" w:w="3005"/>
          </w:tcPr>
          <w:p>
            <w:r>
              <w:t>12</w:t>
            </w:r>
          </w:p>
        </w:tc>
        <w:tc>
          <w:tcPr>
            <w:tcW w:type="dxa" w:w="3005"/>
          </w:tcPr>
          <w:p>
            <w:r>
              <w:t>4</w:t>
            </w:r>
          </w:p>
        </w:tc>
        <w:tc>
          <w:tcPr>
            <w:tcW w:type="dxa" w:w="3005"/>
          </w:tcPr>
          <w:p>
            <w:r>
              <w:t>24</w:t>
            </w:r>
          </w:p>
        </w:tc>
      </w:tr>
    </w:tbl>
    <w:p>
      <w:pPr>
        <w:pStyle w:val="Heading2"/>
      </w:pPr>
      <w:r>
        <w:t>지연 업무 전부 확인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56"/>
        <w:gridCol w:w="3756"/>
        <w:gridCol w:w="3756"/>
        <w:gridCol w:w="3756"/>
      </w:tblGrid>
      <w:tr>
        <w:trPr>
          <w:cantSplit/>
        </w:trPr>
        <w:tc>
          <w:tcPr>
            <w:tcW w:type="dxa" w:w="3756"/>
          </w:tcPr>
          <w:p>
            <w:r>
              <w:t>업무</w:t>
            </w:r>
          </w:p>
        </w:tc>
        <w:tc>
          <w:tcPr>
            <w:tcW w:type="dxa" w:w="3756"/>
          </w:tcPr>
          <w:p>
            <w:r>
              <w:t>주관</w:t>
            </w:r>
          </w:p>
        </w:tc>
        <w:tc>
          <w:tcPr>
            <w:tcW w:type="dxa" w:w="3756"/>
          </w:tcPr>
          <w:p>
            <w:r>
              <w:t>기한</w:t>
            </w:r>
          </w:p>
        </w:tc>
        <w:tc>
          <w:tcPr>
            <w:tcW w:type="dxa" w:w="3756"/>
          </w:tcPr>
          <w:p>
            <w:r>
              <w:t>사유</w:t>
            </w:r>
          </w:p>
        </w:tc>
      </w:tr>
      <w:tr>
        <w:trPr>
          <w:cantSplit/>
        </w:trPr>
        <w:tc>
          <w:tcPr>
            <w:tcW w:type="dxa" w:w="3756"/>
          </w:tcPr>
          <w:p>
            <w:r>
              <w:t>P06 특별교부금 수요자료</w:t>
            </w:r>
          </w:p>
        </w:tc>
        <w:tc>
          <w:tcPr>
            <w:tcW w:type="dxa" w:w="3756"/>
          </w:tcPr>
          <w:p>
            <w:r>
              <w:t>기획예산과</w:t>
            </w:r>
          </w:p>
        </w:tc>
        <w:tc>
          <w:tcPr>
            <w:tcW w:type="dxa" w:w="3756"/>
          </w:tcPr>
          <w:p>
            <w:r>
              <w:t>2026-11-12</w:t>
            </w:r>
          </w:p>
        </w:tc>
        <w:tc>
          <w:tcPr>
            <w:tcW w:type="dxa" w:w="3756"/>
          </w:tcPr>
          <w:p>
            <w:r>
              <w:t>기관장 보고 전 자료 확인</w:t>
            </w:r>
          </w:p>
        </w:tc>
      </w:tr>
      <w:tr>
        <w:trPr>
          <w:cantSplit/>
        </w:trPr>
        <w:tc>
          <w:tcPr>
            <w:tcW w:type="dxa" w:w="3756"/>
          </w:tcPr>
          <w:p>
            <w:r>
              <w:t>G06 동절기 비품 배부</w:t>
            </w:r>
          </w:p>
        </w:tc>
        <w:tc>
          <w:tcPr>
            <w:tcW w:type="dxa" w:w="3756"/>
          </w:tcPr>
          <w:p>
            <w:r>
              <w:t>총무과</w:t>
            </w:r>
          </w:p>
        </w:tc>
        <w:tc>
          <w:tcPr>
            <w:tcW w:type="dxa" w:w="3756"/>
          </w:tcPr>
          <w:p>
            <w:r>
              <w:t>2026-11-13</w:t>
            </w:r>
          </w:p>
        </w:tc>
        <w:tc>
          <w:tcPr>
            <w:tcW w:type="dxa" w:w="3756"/>
          </w:tcPr>
          <w:p>
            <w:r>
              <w:t>입고 지연</w:t>
            </w:r>
          </w:p>
        </w:tc>
      </w:tr>
      <w:tr>
        <w:trPr>
          <w:cantSplit/>
        </w:trPr>
        <w:tc>
          <w:tcPr>
            <w:tcW w:type="dxa" w:w="3756"/>
          </w:tcPr>
          <w:p>
            <w:r>
              <w:t>S06 현장 보완사진 회신</w:t>
            </w:r>
          </w:p>
        </w:tc>
        <w:tc>
          <w:tcPr>
            <w:tcW w:type="dxa" w:w="3756"/>
          </w:tcPr>
          <w:p>
            <w:r>
              <w:t>안전관리과</w:t>
            </w:r>
          </w:p>
        </w:tc>
        <w:tc>
          <w:tcPr>
            <w:tcW w:type="dxa" w:w="3756"/>
          </w:tcPr>
          <w:p>
            <w:r>
              <w:t>2026-11-12</w:t>
            </w:r>
          </w:p>
        </w:tc>
        <w:tc>
          <w:tcPr>
            <w:tcW w:type="dxa" w:w="3756"/>
          </w:tcPr>
          <w:p>
            <w:r>
              <w:t>촬영 자료 미도착</w:t>
            </w:r>
          </w:p>
        </w:tc>
      </w:tr>
      <w:tr>
        <w:trPr>
          <w:cantSplit/>
        </w:trPr>
        <w:tc>
          <w:tcPr>
            <w:tcW w:type="dxa" w:w="3756"/>
          </w:tcPr>
          <w:p>
            <w:r>
              <w:t>H04 청년참여 간담회 안내</w:t>
            </w:r>
          </w:p>
        </w:tc>
        <w:tc>
          <w:tcPr>
            <w:tcW w:type="dxa" w:w="3756"/>
          </w:tcPr>
          <w:p>
            <w:r>
              <w:t>홍보소통과</w:t>
            </w:r>
          </w:p>
        </w:tc>
        <w:tc>
          <w:tcPr>
            <w:tcW w:type="dxa" w:w="3756"/>
          </w:tcPr>
          <w:p>
            <w:r>
              <w:t>2026-11-13</w:t>
            </w:r>
          </w:p>
        </w:tc>
        <w:tc>
          <w:tcPr>
            <w:tcW w:type="dxa" w:w="3756"/>
          </w:tcPr>
          <w:p>
            <w:r>
              <w:t>미확인 상태로 배포 금지 / 11/13 09:00 예정; 확인 전 배포 보류</w:t>
            </w:r>
          </w:p>
        </w:tc>
      </w:tr>
    </w:tbl>
    <w:p>
      <w:r>
        <w:t>원본은 수정하지 않았다. 회의 결정사항의 기한 2건, 보도 일정 2건을 기존 업무에 연결했다. G05의 기한은 (확인 필요). 배포 승인과 우선순위 확정은 담당자다. 상세 출처·원문 기한·변경 이유는 취합대조표 참조.</w:t>
      </w:r>
    </w:p>
    <w:p>
      <w:r>
        <w:br w:type="page"/>
      </w:r>
    </w:p>
    <w:p>
      <w:pPr>
        <w:pStyle w:val="Heading1"/>
      </w:pPr>
      <w:r>
        <w:t>기획예산과 · 부서별 주간업무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05"/>
        <w:gridCol w:w="3005"/>
        <w:gridCol w:w="3005"/>
        <w:gridCol w:w="3005"/>
        <w:gridCol w:w="3005"/>
      </w:tblGrid>
      <w:tr>
        <w:trPr>
          <w:cantSplit/>
        </w:trPr>
        <w:tc>
          <w:tcPr>
            <w:tcW w:type="dxa" w:w="3005"/>
          </w:tcPr>
          <w:p>
            <w:r>
              <w:t>업무번호 / 업무명</w:t>
            </w:r>
          </w:p>
        </w:tc>
        <w:tc>
          <w:tcPr>
            <w:tcW w:type="dxa" w:w="3005"/>
          </w:tcPr>
          <w:p>
            <w:r>
              <w:t>금주 실적</w:t>
            </w:r>
          </w:p>
        </w:tc>
        <w:tc>
          <w:tcPr>
            <w:tcW w:type="dxa" w:w="3005"/>
          </w:tcPr>
          <w:p>
            <w:r>
              <w:t>다음 주 계획</w:t>
            </w:r>
          </w:p>
        </w:tc>
        <w:tc>
          <w:tcPr>
            <w:tcW w:type="dxa" w:w="3005"/>
          </w:tcPr>
          <w:p>
            <w:r>
              <w:t>상태 / 기한</w:t>
            </w:r>
          </w:p>
        </w:tc>
        <w:tc>
          <w:tcPr>
            <w:tcW w:type="dxa" w:w="3005"/>
          </w:tcPr>
          <w:p>
            <w:r>
              <w:t>협조·현안</w:t>
            </w:r>
          </w:p>
        </w:tc>
      </w:tr>
      <w:tr>
        <w:trPr>
          <w:cantSplit/>
        </w:trPr>
        <w:tc>
          <w:tcPr>
            <w:tcW w:type="dxa" w:w="3005"/>
          </w:tcPr>
          <w:p>
            <w:r>
              <w:t>P01 예산집행 현황 취합</w:t>
            </w:r>
          </w:p>
        </w:tc>
        <w:tc>
          <w:tcPr>
            <w:tcW w:type="dxa" w:w="3005"/>
          </w:tcPr>
          <w:p>
            <w:r>
              <w:t>12개 부서 제출분 취합</w:t>
            </w:r>
          </w:p>
        </w:tc>
        <w:tc>
          <w:tcPr>
            <w:tcW w:type="dxa" w:w="3005"/>
          </w:tcPr>
          <w:p>
            <w:r>
              <w:t>누락 여부 최종 대조</w:t>
            </w:r>
          </w:p>
        </w:tc>
        <w:tc>
          <w:tcPr>
            <w:tcW w:type="dxa" w:w="3005"/>
          </w:tcPr>
          <w:p>
            <w:r>
              <w:t>완료</w:t>
              <w:br/>
              <w:t>2026-11-06</w:t>
            </w:r>
          </w:p>
        </w:tc>
        <w:tc>
          <w:tcPr>
            <w:tcW w:type="dxa" w:w="3005"/>
          </w:tcPr>
          <w:p>
            <w:r>
              <w:t>없음</w:t>
            </w:r>
          </w:p>
        </w:tc>
      </w:tr>
      <w:tr>
        <w:trPr>
          <w:cantSplit/>
        </w:trPr>
        <w:tc>
          <w:tcPr>
            <w:tcW w:type="dxa" w:w="3005"/>
          </w:tcPr>
          <w:p>
            <w:r>
              <w:t>P02 기관평가 증빙 정리</w:t>
            </w:r>
          </w:p>
        </w:tc>
        <w:tc>
          <w:tcPr>
            <w:tcW w:type="dxa" w:w="3005"/>
          </w:tcPr>
          <w:p>
            <w:r>
              <w:t>증빙 18건 정리</w:t>
            </w:r>
          </w:p>
        </w:tc>
        <w:tc>
          <w:tcPr>
            <w:tcW w:type="dxa" w:w="3005"/>
          </w:tcPr>
          <w:p>
            <w:r>
              <w:t>증빙 목록 보관</w:t>
            </w:r>
          </w:p>
        </w:tc>
        <w:tc>
          <w:tcPr>
            <w:tcW w:type="dxa" w:w="3005"/>
          </w:tcPr>
          <w:p>
            <w:r>
              <w:t>완료</w:t>
              <w:br/>
              <w:t>2026-11-06</w:t>
            </w:r>
          </w:p>
        </w:tc>
        <w:tc>
          <w:tcPr>
            <w:tcW w:type="dxa" w:w="3005"/>
          </w:tcPr>
          <w:p>
            <w:r>
              <w:t>없음</w:t>
            </w:r>
          </w:p>
        </w:tc>
      </w:tr>
      <w:tr>
        <w:trPr>
          <w:cantSplit/>
        </w:trPr>
        <w:tc>
          <w:tcPr>
            <w:tcW w:type="dxa" w:w="3005"/>
          </w:tcPr>
          <w:p>
            <w:r>
              <w:t>P03 주간간부회의 자료</w:t>
            </w:r>
          </w:p>
        </w:tc>
        <w:tc>
          <w:tcPr>
            <w:tcW w:type="dxa" w:w="3005"/>
          </w:tcPr>
          <w:p>
            <w:r>
              <w:t>안건 6건 취합 중</w:t>
            </w:r>
          </w:p>
        </w:tc>
        <w:tc>
          <w:tcPr>
            <w:tcW w:type="dxa" w:w="3005"/>
          </w:tcPr>
          <w:p>
            <w:r>
              <w:t>회의자료 묶음 준비</w:t>
            </w:r>
          </w:p>
        </w:tc>
        <w:tc>
          <w:tcPr>
            <w:tcW w:type="dxa" w:w="3005"/>
          </w:tcPr>
          <w:p>
            <w:r>
              <w:t>진행</w:t>
              <w:br/>
              <w:t>2026-11-11 12:00</w:t>
            </w:r>
          </w:p>
        </w:tc>
        <w:tc>
          <w:tcPr>
            <w:tcW w:type="dxa" w:w="3005"/>
          </w:tcPr>
          <w:p>
            <w:r>
              <w:t>안전관리과 자료 연계</w:t>
            </w:r>
          </w:p>
        </w:tc>
      </w:tr>
      <w:tr>
        <w:trPr>
          <w:cantSplit/>
        </w:trPr>
        <w:tc>
          <w:tcPr>
            <w:tcW w:type="dxa" w:w="3005"/>
          </w:tcPr>
          <w:p>
            <w:r>
              <w:t>P04 주민제안 검토</w:t>
            </w:r>
          </w:p>
        </w:tc>
        <w:tc>
          <w:tcPr>
            <w:tcW w:type="dxa" w:w="3005"/>
          </w:tcPr>
          <w:p>
            <w:r>
              <w:t>제안 8건 검토 중</w:t>
            </w:r>
          </w:p>
        </w:tc>
        <w:tc>
          <w:tcPr>
            <w:tcW w:type="dxa" w:w="3005"/>
          </w:tcPr>
          <w:p>
            <w:r>
              <w:t>부서 검토의견 취합</w:t>
            </w:r>
          </w:p>
        </w:tc>
        <w:tc>
          <w:tcPr>
            <w:tcW w:type="dxa" w:w="3005"/>
          </w:tcPr>
          <w:p>
            <w:r>
              <w:t>진행</w:t>
              <w:br/>
              <w:t>2026-11-13</w:t>
            </w:r>
          </w:p>
        </w:tc>
        <w:tc>
          <w:tcPr>
            <w:tcW w:type="dxa" w:w="3005"/>
          </w:tcPr>
          <w:p>
            <w:r>
              <w:t>총무과 의견 회신</w:t>
            </w:r>
          </w:p>
        </w:tc>
      </w:tr>
      <w:tr>
        <w:trPr>
          <w:cantSplit/>
        </w:trPr>
        <w:tc>
          <w:tcPr>
            <w:tcW w:type="dxa" w:w="3005"/>
          </w:tcPr>
          <w:p>
            <w:r>
              <w:t>P05 부서 성과지표 점검</w:t>
            </w:r>
          </w:p>
        </w:tc>
        <w:tc>
          <w:tcPr>
            <w:tcW w:type="dxa" w:w="3005"/>
          </w:tcPr>
          <w:p>
            <w:r>
              <w:t>지표 10개 확인 중</w:t>
            </w:r>
          </w:p>
        </w:tc>
        <w:tc>
          <w:tcPr>
            <w:tcW w:type="dxa" w:w="3005"/>
          </w:tcPr>
          <w:p>
            <w:r>
              <w:t>산정 근거 대조</w:t>
            </w:r>
          </w:p>
        </w:tc>
        <w:tc>
          <w:tcPr>
            <w:tcW w:type="dxa" w:w="3005"/>
          </w:tcPr>
          <w:p>
            <w:r>
              <w:t>진행</w:t>
              <w:br/>
              <w:t>2026-11-13</w:t>
            </w:r>
          </w:p>
        </w:tc>
        <w:tc>
          <w:tcPr>
            <w:tcW w:type="dxa" w:w="3005"/>
          </w:tcPr>
          <w:p>
            <w:r>
              <w:t>없음</w:t>
            </w:r>
          </w:p>
        </w:tc>
      </w:tr>
      <w:tr>
        <w:trPr>
          <w:cantSplit/>
        </w:trPr>
        <w:tc>
          <w:tcPr>
            <w:tcW w:type="dxa" w:w="3005"/>
          </w:tcPr>
          <w:p>
            <w:r>
              <w:t>P06 특별교부금 수요자료</w:t>
            </w:r>
          </w:p>
        </w:tc>
        <w:tc>
          <w:tcPr>
            <w:tcW w:type="dxa" w:w="3005"/>
          </w:tcPr>
          <w:p>
            <w:r>
              <w:t>일부 증빙 미도착</w:t>
            </w:r>
          </w:p>
        </w:tc>
        <w:tc>
          <w:tcPr>
            <w:tcW w:type="dxa" w:w="3005"/>
          </w:tcPr>
          <w:p>
            <w:r>
              <w:t>누락 증빙 회신 요청</w:t>
            </w:r>
          </w:p>
        </w:tc>
        <w:tc>
          <w:tcPr>
            <w:tcW w:type="dxa" w:w="3005"/>
          </w:tcPr>
          <w:p>
            <w:r>
              <w:t>지연</w:t>
              <w:br/>
              <w:t>2026-11-12</w:t>
            </w:r>
          </w:p>
        </w:tc>
        <w:tc>
          <w:tcPr>
            <w:tcW w:type="dxa" w:w="3005"/>
          </w:tcPr>
          <w:p>
            <w:r>
              <w:t>기관장 보고 전 자료 확인</w:t>
            </w:r>
          </w:p>
        </w:tc>
      </w:tr>
    </w:tbl>
    <w:p>
      <w:r>
        <w:t>부서별 6건. 원본 출처: 기획예산과_주간업무_가상.docx. 개별 위치와 보완 출처는 취합대조표 참조.</w:t>
      </w:r>
    </w:p>
    <w:p>
      <w:r>
        <w:br w:type="page"/>
      </w:r>
    </w:p>
    <w:p>
      <w:pPr>
        <w:pStyle w:val="Heading1"/>
      </w:pPr>
      <w:r>
        <w:t>총무과 · 부서별 주간업무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05"/>
        <w:gridCol w:w="3005"/>
        <w:gridCol w:w="3005"/>
        <w:gridCol w:w="3005"/>
        <w:gridCol w:w="3005"/>
      </w:tblGrid>
      <w:tr>
        <w:trPr>
          <w:cantSplit/>
        </w:trPr>
        <w:tc>
          <w:tcPr>
            <w:tcW w:type="dxa" w:w="3005"/>
          </w:tcPr>
          <w:p>
            <w:r>
              <w:t>업무번호 / 업무명</w:t>
            </w:r>
          </w:p>
        </w:tc>
        <w:tc>
          <w:tcPr>
            <w:tcW w:type="dxa" w:w="3005"/>
          </w:tcPr>
          <w:p>
            <w:r>
              <w:t>금주 실적</w:t>
            </w:r>
          </w:p>
        </w:tc>
        <w:tc>
          <w:tcPr>
            <w:tcW w:type="dxa" w:w="3005"/>
          </w:tcPr>
          <w:p>
            <w:r>
              <w:t>다음 주 계획</w:t>
            </w:r>
          </w:p>
        </w:tc>
        <w:tc>
          <w:tcPr>
            <w:tcW w:type="dxa" w:w="3005"/>
          </w:tcPr>
          <w:p>
            <w:r>
              <w:t>상태 / 기한</w:t>
            </w:r>
          </w:p>
        </w:tc>
        <w:tc>
          <w:tcPr>
            <w:tcW w:type="dxa" w:w="3005"/>
          </w:tcPr>
          <w:p>
            <w:r>
              <w:t>협조·현안</w:t>
            </w:r>
          </w:p>
        </w:tc>
      </w:tr>
      <w:tr>
        <w:trPr>
          <w:cantSplit/>
        </w:trPr>
        <w:tc>
          <w:tcPr>
            <w:tcW w:type="dxa" w:w="3005"/>
          </w:tcPr>
          <w:p>
            <w:r>
              <w:t>G01 복무현황 취합</w:t>
            </w:r>
          </w:p>
        </w:tc>
        <w:tc>
          <w:tcPr>
            <w:tcW w:type="dxa" w:w="3005"/>
          </w:tcPr>
          <w:p>
            <w:r>
              <w:t>가상 집계 40건 확인</w:t>
            </w:r>
          </w:p>
        </w:tc>
        <w:tc>
          <w:tcPr>
            <w:tcW w:type="dxa" w:w="3005"/>
          </w:tcPr>
          <w:p>
            <w:r>
              <w:t>집계표 보관</w:t>
            </w:r>
          </w:p>
        </w:tc>
        <w:tc>
          <w:tcPr>
            <w:tcW w:type="dxa" w:w="3005"/>
          </w:tcPr>
          <w:p>
            <w:r>
              <w:t>완료</w:t>
              <w:br/>
              <w:t>2026-11-06</w:t>
            </w:r>
          </w:p>
        </w:tc>
        <w:tc>
          <w:tcPr>
            <w:tcW w:type="dxa" w:w="3005"/>
          </w:tcPr>
          <w:p>
            <w:r>
              <w:t>없음</w:t>
            </w:r>
          </w:p>
        </w:tc>
      </w:tr>
      <w:tr>
        <w:trPr>
          <w:cantSplit/>
        </w:trPr>
        <w:tc>
          <w:tcPr>
            <w:tcW w:type="dxa" w:w="3005"/>
          </w:tcPr>
          <w:p>
            <w:r>
              <w:t>G02 공용차량 점검</w:t>
            </w:r>
          </w:p>
        </w:tc>
        <w:tc>
          <w:tcPr>
            <w:tcW w:type="dxa" w:w="3005"/>
          </w:tcPr>
          <w:p>
            <w:r>
              <w:t>공용차량 6대 확인</w:t>
            </w:r>
          </w:p>
        </w:tc>
        <w:tc>
          <w:tcPr>
            <w:tcW w:type="dxa" w:w="3005"/>
          </w:tcPr>
          <w:p>
            <w:r>
              <w:t>점검표 보관</w:t>
            </w:r>
          </w:p>
        </w:tc>
        <w:tc>
          <w:tcPr>
            <w:tcW w:type="dxa" w:w="3005"/>
          </w:tcPr>
          <w:p>
            <w:r>
              <w:t>완료</w:t>
              <w:br/>
              <w:t>2026-11-06</w:t>
            </w:r>
          </w:p>
        </w:tc>
        <w:tc>
          <w:tcPr>
            <w:tcW w:type="dxa" w:w="3005"/>
          </w:tcPr>
          <w:p>
            <w:r>
              <w:t>없음</w:t>
            </w:r>
          </w:p>
        </w:tc>
      </w:tr>
      <w:tr>
        <w:trPr>
          <w:cantSplit/>
        </w:trPr>
        <w:tc>
          <w:tcPr>
            <w:tcW w:type="dxa" w:w="3005"/>
          </w:tcPr>
          <w:p>
            <w:r>
              <w:t>G03 신규직원 교육</w:t>
            </w:r>
          </w:p>
        </w:tc>
        <w:tc>
          <w:tcPr>
            <w:tcW w:type="dxa" w:w="3005"/>
          </w:tcPr>
          <w:p>
            <w:r>
              <w:t>교육 대상 24명 집계</w:t>
            </w:r>
          </w:p>
        </w:tc>
        <w:tc>
          <w:tcPr>
            <w:tcW w:type="dxa" w:w="3005"/>
          </w:tcPr>
          <w:p>
            <w:r>
              <w:t>교육 진행 준비</w:t>
            </w:r>
          </w:p>
        </w:tc>
        <w:tc>
          <w:tcPr>
            <w:tcW w:type="dxa" w:w="3005"/>
          </w:tcPr>
          <w:p>
            <w:r>
              <w:t>진행</w:t>
              <w:br/>
              <w:t>2026-11-10</w:t>
            </w:r>
          </w:p>
        </w:tc>
        <w:tc>
          <w:tcPr>
            <w:tcW w:type="dxa" w:w="3005"/>
          </w:tcPr>
          <w:p>
            <w:r>
              <w:t>개인별 명단 미포함</w:t>
            </w:r>
          </w:p>
        </w:tc>
      </w:tr>
      <w:tr>
        <w:trPr>
          <w:cantSplit/>
        </w:trPr>
        <w:tc>
          <w:tcPr>
            <w:tcW w:type="dxa" w:w="3005"/>
          </w:tcPr>
          <w:p>
            <w:r>
              <w:t>G04 회의실 환경개선</w:t>
            </w:r>
          </w:p>
        </w:tc>
        <w:tc>
          <w:tcPr>
            <w:tcW w:type="dxa" w:w="3005"/>
          </w:tcPr>
          <w:p>
            <w:r>
              <w:t>회의실 3실 점검 중</w:t>
            </w:r>
          </w:p>
        </w:tc>
        <w:tc>
          <w:tcPr>
            <w:tcW w:type="dxa" w:w="3005"/>
          </w:tcPr>
          <w:p>
            <w:r>
              <w:t>개선 항목 협의</w:t>
            </w:r>
          </w:p>
        </w:tc>
        <w:tc>
          <w:tcPr>
            <w:tcW w:type="dxa" w:w="3005"/>
          </w:tcPr>
          <w:p>
            <w:r>
              <w:t>진행</w:t>
              <w:br/>
              <w:t>2026-11-12</w:t>
            </w:r>
          </w:p>
        </w:tc>
        <w:tc>
          <w:tcPr>
            <w:tcW w:type="dxa" w:w="3005"/>
          </w:tcPr>
          <w:p>
            <w:r>
              <w:t>없음</w:t>
            </w:r>
          </w:p>
        </w:tc>
      </w:tr>
      <w:tr>
        <w:trPr>
          <w:cantSplit/>
        </w:trPr>
        <w:tc>
          <w:tcPr>
            <w:tcW w:type="dxa" w:w="3005"/>
          </w:tcPr>
          <w:p>
            <w:r>
              <w:t>G05 문서고 정리</w:t>
            </w:r>
          </w:p>
        </w:tc>
        <w:tc>
          <w:tcPr>
            <w:tcW w:type="dxa" w:w="3005"/>
          </w:tcPr>
          <w:p>
            <w:r>
              <w:t>문서 12상자 분류 중</w:t>
            </w:r>
          </w:p>
        </w:tc>
        <w:tc>
          <w:tcPr>
            <w:tcW w:type="dxa" w:w="3005"/>
          </w:tcPr>
          <w:p>
            <w:r>
              <w:t>보관 목록 확정</w:t>
            </w:r>
          </w:p>
        </w:tc>
        <w:tc>
          <w:tcPr>
            <w:tcW w:type="dxa" w:w="3005"/>
          </w:tcPr>
          <w:p>
            <w:r>
              <w:t>진행</w:t>
              <w:br/>
              <w:t>(확인 필요)</w:t>
            </w:r>
          </w:p>
        </w:tc>
        <w:tc>
          <w:tcPr>
            <w:tcW w:type="dxa" w:w="3005"/>
          </w:tcPr>
          <w:p>
            <w:r>
              <w:t>기한 원문 빈칸</w:t>
            </w:r>
          </w:p>
        </w:tc>
      </w:tr>
      <w:tr>
        <w:trPr>
          <w:cantSplit/>
        </w:trPr>
        <w:tc>
          <w:tcPr>
            <w:tcW w:type="dxa" w:w="3005"/>
          </w:tcPr>
          <w:p>
            <w:r>
              <w:t>G06 동절기 비품 배부</w:t>
            </w:r>
          </w:p>
        </w:tc>
        <w:tc>
          <w:tcPr>
            <w:tcW w:type="dxa" w:w="3005"/>
          </w:tcPr>
          <w:p>
            <w:r>
              <w:t>4개 부서 배부 지연</w:t>
            </w:r>
          </w:p>
        </w:tc>
        <w:tc>
          <w:tcPr>
            <w:tcW w:type="dxa" w:w="3005"/>
          </w:tcPr>
          <w:p>
            <w:r>
              <w:t>납품 일정 재확인</w:t>
            </w:r>
          </w:p>
        </w:tc>
        <w:tc>
          <w:tcPr>
            <w:tcW w:type="dxa" w:w="3005"/>
          </w:tcPr>
          <w:p>
            <w:r>
              <w:t>지연</w:t>
              <w:br/>
              <w:t>2026-11-13</w:t>
            </w:r>
          </w:p>
        </w:tc>
        <w:tc>
          <w:tcPr>
            <w:tcW w:type="dxa" w:w="3005"/>
          </w:tcPr>
          <w:p>
            <w:r>
              <w:t>입고 지연</w:t>
            </w:r>
          </w:p>
        </w:tc>
      </w:tr>
    </w:tbl>
    <w:p>
      <w:r>
        <w:t>부서별 6건. 원본 출처: 총무과_주간업무_가상.xlsx. 개별 위치와 보완 출처는 취합대조표 참조.</w:t>
      </w:r>
    </w:p>
    <w:p>
      <w:r>
        <w:br w:type="page"/>
      </w:r>
    </w:p>
    <w:p>
      <w:pPr>
        <w:pStyle w:val="Heading1"/>
      </w:pPr>
      <w:r>
        <w:t>안전관리과 · 부서별 주간업무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05"/>
        <w:gridCol w:w="3005"/>
        <w:gridCol w:w="3005"/>
        <w:gridCol w:w="3005"/>
        <w:gridCol w:w="3005"/>
      </w:tblGrid>
      <w:tr>
        <w:trPr>
          <w:cantSplit/>
        </w:trPr>
        <w:tc>
          <w:tcPr>
            <w:tcW w:type="dxa" w:w="3005"/>
          </w:tcPr>
          <w:p>
            <w:r>
              <w:t>업무번호 / 업무명</w:t>
            </w:r>
          </w:p>
        </w:tc>
        <w:tc>
          <w:tcPr>
            <w:tcW w:type="dxa" w:w="3005"/>
          </w:tcPr>
          <w:p>
            <w:r>
              <w:t>금주 실적</w:t>
            </w:r>
          </w:p>
        </w:tc>
        <w:tc>
          <w:tcPr>
            <w:tcW w:type="dxa" w:w="3005"/>
          </w:tcPr>
          <w:p>
            <w:r>
              <w:t>다음 주 계획</w:t>
            </w:r>
          </w:p>
        </w:tc>
        <w:tc>
          <w:tcPr>
            <w:tcW w:type="dxa" w:w="3005"/>
          </w:tcPr>
          <w:p>
            <w:r>
              <w:t>상태 / 기한</w:t>
            </w:r>
          </w:p>
        </w:tc>
        <w:tc>
          <w:tcPr>
            <w:tcW w:type="dxa" w:w="3005"/>
          </w:tcPr>
          <w:p>
            <w:r>
              <w:t>협조·현안</w:t>
            </w:r>
          </w:p>
        </w:tc>
      </w:tr>
      <w:tr>
        <w:trPr>
          <w:cantSplit/>
        </w:trPr>
        <w:tc>
          <w:tcPr>
            <w:tcW w:type="dxa" w:w="3005"/>
          </w:tcPr>
          <w:p>
            <w:r>
              <w:t>S01 시설점검</w:t>
            </w:r>
          </w:p>
        </w:tc>
        <w:tc>
          <w:tcPr>
            <w:tcW w:type="dxa" w:w="3005"/>
          </w:tcPr>
          <w:p>
            <w:r>
              <w:t>시설 8곳 점검</w:t>
            </w:r>
          </w:p>
        </w:tc>
        <w:tc>
          <w:tcPr>
            <w:tcW w:type="dxa" w:w="3005"/>
          </w:tcPr>
          <w:p>
            <w:r>
              <w:t>점검 결과 보관</w:t>
            </w:r>
          </w:p>
        </w:tc>
        <w:tc>
          <w:tcPr>
            <w:tcW w:type="dxa" w:w="3005"/>
          </w:tcPr>
          <w:p>
            <w:r>
              <w:t>완료</w:t>
              <w:br/>
              <w:t>2026-11-06</w:t>
            </w:r>
          </w:p>
        </w:tc>
        <w:tc>
          <w:tcPr>
            <w:tcW w:type="dxa" w:w="3005"/>
          </w:tcPr>
          <w:p>
            <w:r>
              <w:t>없음</w:t>
            </w:r>
          </w:p>
        </w:tc>
      </w:tr>
      <w:tr>
        <w:trPr>
          <w:cantSplit/>
        </w:trPr>
        <w:tc>
          <w:tcPr>
            <w:tcW w:type="dxa" w:w="3005"/>
          </w:tcPr>
          <w:p>
            <w:r>
              <w:t>S02 재난문자 문안 점검</w:t>
            </w:r>
          </w:p>
        </w:tc>
        <w:tc>
          <w:tcPr>
            <w:tcW w:type="dxa" w:w="3005"/>
          </w:tcPr>
          <w:p>
            <w:r>
              <w:t>문안 3종 확인</w:t>
            </w:r>
          </w:p>
        </w:tc>
        <w:tc>
          <w:tcPr>
            <w:tcW w:type="dxa" w:w="3005"/>
          </w:tcPr>
          <w:p>
            <w:r>
              <w:t>문안 목록 보관</w:t>
            </w:r>
          </w:p>
        </w:tc>
        <w:tc>
          <w:tcPr>
            <w:tcW w:type="dxa" w:w="3005"/>
          </w:tcPr>
          <w:p>
            <w:r>
              <w:t>완료</w:t>
              <w:br/>
              <w:t>2026-11-06</w:t>
            </w:r>
          </w:p>
        </w:tc>
        <w:tc>
          <w:tcPr>
            <w:tcW w:type="dxa" w:w="3005"/>
          </w:tcPr>
          <w:p>
            <w:r>
              <w:t>없음</w:t>
            </w:r>
          </w:p>
        </w:tc>
      </w:tr>
      <w:tr>
        <w:trPr>
          <w:cantSplit/>
        </w:trPr>
        <w:tc>
          <w:tcPr>
            <w:tcW w:type="dxa" w:w="3005"/>
          </w:tcPr>
          <w:p>
            <w:r>
              <w:t>S03 합동훈련 준비</w:t>
            </w:r>
          </w:p>
        </w:tc>
        <w:tc>
          <w:tcPr>
            <w:tcW w:type="dxa" w:w="3005"/>
          </w:tcPr>
          <w:p>
            <w:r>
              <w:t>2개 부서 역할 협의 중</w:t>
            </w:r>
          </w:p>
        </w:tc>
        <w:tc>
          <w:tcPr>
            <w:tcW w:type="dxa" w:w="3005"/>
          </w:tcPr>
          <w:p>
            <w:r>
              <w:t>훈련 지원인력·장비안 협의</w:t>
            </w:r>
          </w:p>
        </w:tc>
        <w:tc>
          <w:tcPr>
            <w:tcW w:type="dxa" w:w="3005"/>
          </w:tcPr>
          <w:p>
            <w:r>
              <w:t>진행</w:t>
              <w:br/>
              <w:t>2026-11-10 17:00</w:t>
            </w:r>
          </w:p>
        </w:tc>
        <w:tc>
          <w:tcPr>
            <w:tcW w:type="dxa" w:w="3005"/>
          </w:tcPr>
          <w:p>
            <w:r>
              <w:t>총무과와 일정 조율</w:t>
            </w:r>
          </w:p>
        </w:tc>
      </w:tr>
      <w:tr>
        <w:trPr>
          <w:cantSplit/>
        </w:trPr>
        <w:tc>
          <w:tcPr>
            <w:tcW w:type="dxa" w:w="3005"/>
          </w:tcPr>
          <w:p>
            <w:r>
              <w:t>S04 겨울철 점검 안내 검토</w:t>
            </w:r>
          </w:p>
        </w:tc>
        <w:tc>
          <w:tcPr>
            <w:tcW w:type="dxa" w:w="3005"/>
          </w:tcPr>
          <w:p>
            <w:r>
              <w:t>안내문 1건 검토 중</w:t>
            </w:r>
          </w:p>
        </w:tc>
        <w:tc>
          <w:tcPr>
            <w:tcW w:type="dxa" w:w="3005"/>
          </w:tcPr>
          <w:p>
            <w:r>
              <w:t>안전 검토의견 회신</w:t>
            </w:r>
          </w:p>
        </w:tc>
        <w:tc>
          <w:tcPr>
            <w:tcW w:type="dxa" w:w="3005"/>
          </w:tcPr>
          <w:p>
            <w:r>
              <w:t>진행</w:t>
              <w:br/>
              <w:t>2026-11-11 15:00</w:t>
            </w:r>
          </w:p>
        </w:tc>
        <w:tc>
          <w:tcPr>
            <w:tcW w:type="dxa" w:w="3005"/>
          </w:tcPr>
          <w:p>
            <w:r>
              <w:t>홍보소통과 보도 연계</w:t>
            </w:r>
          </w:p>
        </w:tc>
      </w:tr>
      <w:tr>
        <w:trPr>
          <w:cantSplit/>
        </w:trPr>
        <w:tc>
          <w:tcPr>
            <w:tcW w:type="dxa" w:w="3005"/>
          </w:tcPr>
          <w:p>
            <w:r>
              <w:t>S05 비상연락체계 점검</w:t>
            </w:r>
          </w:p>
        </w:tc>
        <w:tc>
          <w:tcPr>
            <w:tcW w:type="dxa" w:w="3005"/>
          </w:tcPr>
          <w:p>
            <w:r>
              <w:t>4개 부서 연락체계 확인 중</w:t>
            </w:r>
          </w:p>
        </w:tc>
        <w:tc>
          <w:tcPr>
            <w:tcW w:type="dxa" w:w="3005"/>
          </w:tcPr>
          <w:p>
            <w:r>
              <w:t>부서 단위 연락체계 대조</w:t>
            </w:r>
          </w:p>
        </w:tc>
        <w:tc>
          <w:tcPr>
            <w:tcW w:type="dxa" w:w="3005"/>
          </w:tcPr>
          <w:p>
            <w:r>
              <w:t>진행</w:t>
              <w:br/>
              <w:t>2026-11-13</w:t>
            </w:r>
          </w:p>
        </w:tc>
        <w:tc>
          <w:tcPr>
            <w:tcW w:type="dxa" w:w="3005"/>
          </w:tcPr>
          <w:p>
            <w:r>
              <w:t>실제 연락처 미포함</w:t>
            </w:r>
          </w:p>
        </w:tc>
      </w:tr>
      <w:tr>
        <w:trPr>
          <w:cantSplit/>
        </w:trPr>
        <w:tc>
          <w:tcPr>
            <w:tcW w:type="dxa" w:w="3005"/>
          </w:tcPr>
          <w:p>
            <w:r>
              <w:t>S06 현장 보완사진 회신</w:t>
            </w:r>
          </w:p>
        </w:tc>
        <w:tc>
          <w:tcPr>
            <w:tcW w:type="dxa" w:w="3005"/>
          </w:tcPr>
          <w:p>
            <w:r>
              <w:t>2곳 사진 미회신</w:t>
            </w:r>
          </w:p>
        </w:tc>
        <w:tc>
          <w:tcPr>
            <w:tcW w:type="dxa" w:w="3005"/>
          </w:tcPr>
          <w:p>
            <w:r>
              <w:t>보완사진 회신 재요청</w:t>
            </w:r>
          </w:p>
        </w:tc>
        <w:tc>
          <w:tcPr>
            <w:tcW w:type="dxa" w:w="3005"/>
          </w:tcPr>
          <w:p>
            <w:r>
              <w:t>지연</w:t>
              <w:br/>
              <w:t>2026-11-12</w:t>
            </w:r>
          </w:p>
        </w:tc>
        <w:tc>
          <w:tcPr>
            <w:tcW w:type="dxa" w:w="3005"/>
          </w:tcPr>
          <w:p>
            <w:r>
              <w:t>촬영 자료 미도착</w:t>
            </w:r>
          </w:p>
        </w:tc>
      </w:tr>
    </w:tbl>
    <w:p>
      <w:r>
        <w:t>부서별 6건. 원본 출처: 안전관리과_주간업무_가상.pdf. 개별 위치와 보완 출처는 취합대조표 참조.</w:t>
      </w:r>
    </w:p>
    <w:p>
      <w:r>
        <w:br w:type="page"/>
      </w:r>
    </w:p>
    <w:p>
      <w:pPr>
        <w:pStyle w:val="Heading1"/>
      </w:pPr>
      <w:r>
        <w:t>홍보소통과 · 부서별 주간업무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05"/>
        <w:gridCol w:w="3005"/>
        <w:gridCol w:w="3005"/>
        <w:gridCol w:w="3005"/>
        <w:gridCol w:w="3005"/>
      </w:tblGrid>
      <w:tr>
        <w:trPr>
          <w:cantSplit/>
        </w:trPr>
        <w:tc>
          <w:tcPr>
            <w:tcW w:type="dxa" w:w="3005"/>
          </w:tcPr>
          <w:p>
            <w:r>
              <w:t>업무번호 / 업무명</w:t>
            </w:r>
          </w:p>
        </w:tc>
        <w:tc>
          <w:tcPr>
            <w:tcW w:type="dxa" w:w="3005"/>
          </w:tcPr>
          <w:p>
            <w:r>
              <w:t>금주 실적</w:t>
            </w:r>
          </w:p>
        </w:tc>
        <w:tc>
          <w:tcPr>
            <w:tcW w:type="dxa" w:w="3005"/>
          </w:tcPr>
          <w:p>
            <w:r>
              <w:t>다음 주 계획</w:t>
            </w:r>
          </w:p>
        </w:tc>
        <w:tc>
          <w:tcPr>
            <w:tcW w:type="dxa" w:w="3005"/>
          </w:tcPr>
          <w:p>
            <w:r>
              <w:t>상태 / 기한</w:t>
            </w:r>
          </w:p>
        </w:tc>
        <w:tc>
          <w:tcPr>
            <w:tcW w:type="dxa" w:w="3005"/>
          </w:tcPr>
          <w:p>
            <w:r>
              <w:t>협조·현안</w:t>
            </w:r>
          </w:p>
        </w:tc>
      </w:tr>
      <w:tr>
        <w:trPr>
          <w:cantSplit/>
        </w:trPr>
        <w:tc>
          <w:tcPr>
            <w:tcW w:type="dxa" w:w="3005"/>
          </w:tcPr>
          <w:p>
            <w:r>
              <w:t>H01 보도자료 배포</w:t>
            </w:r>
          </w:p>
        </w:tc>
        <w:tc>
          <w:tcPr>
            <w:tcW w:type="dxa" w:w="3005"/>
          </w:tcPr>
          <w:p>
            <w:r>
              <w:t>보도자료 3건 배포</w:t>
            </w:r>
          </w:p>
        </w:tc>
        <w:tc>
          <w:tcPr>
            <w:tcW w:type="dxa" w:w="3005"/>
          </w:tcPr>
          <w:p>
            <w:r>
              <w:t>배포 기록 정리</w:t>
            </w:r>
          </w:p>
        </w:tc>
        <w:tc>
          <w:tcPr>
            <w:tcW w:type="dxa" w:w="3005"/>
          </w:tcPr>
          <w:p>
            <w:r>
              <w:t>완료</w:t>
              <w:br/>
              <w:t>2026-11-06</w:t>
            </w:r>
          </w:p>
        </w:tc>
        <w:tc>
          <w:tcPr>
            <w:tcW w:type="dxa" w:w="3005"/>
          </w:tcPr>
          <w:p>
            <w:r>
              <w:t>없음</w:t>
            </w:r>
          </w:p>
        </w:tc>
      </w:tr>
      <w:tr>
        <w:trPr>
          <w:cantSplit/>
        </w:trPr>
        <w:tc>
          <w:tcPr>
            <w:tcW w:type="dxa" w:w="3005"/>
          </w:tcPr>
          <w:p>
            <w:r>
              <w:t>H02 누리집 공지 정비</w:t>
            </w:r>
          </w:p>
        </w:tc>
        <w:tc>
          <w:tcPr>
            <w:tcW w:type="dxa" w:w="3005"/>
          </w:tcPr>
          <w:p>
            <w:r>
              <w:t>공지 5건 정비</w:t>
            </w:r>
          </w:p>
        </w:tc>
        <w:tc>
          <w:tcPr>
            <w:tcW w:type="dxa" w:w="3005"/>
          </w:tcPr>
          <w:p>
            <w:r>
              <w:t>게시 내용 확인</w:t>
            </w:r>
          </w:p>
        </w:tc>
        <w:tc>
          <w:tcPr>
            <w:tcW w:type="dxa" w:w="3005"/>
          </w:tcPr>
          <w:p>
            <w:r>
              <w:t>완료</w:t>
              <w:br/>
              <w:t>2026-11-06</w:t>
            </w:r>
          </w:p>
        </w:tc>
        <w:tc>
          <w:tcPr>
            <w:tcW w:type="dxa" w:w="3005"/>
          </w:tcPr>
          <w:p>
            <w:r>
              <w:t>없음</w:t>
            </w:r>
          </w:p>
        </w:tc>
      </w:tr>
      <w:tr>
        <w:trPr>
          <w:cantSplit/>
        </w:trPr>
        <w:tc>
          <w:tcPr>
            <w:tcW w:type="dxa" w:w="3005"/>
          </w:tcPr>
          <w:p>
            <w:r>
              <w:t>H03 겨울철 시설점검 안내</w:t>
            </w:r>
          </w:p>
        </w:tc>
        <w:tc>
          <w:tcPr>
            <w:tcW w:type="dxa" w:w="3005"/>
          </w:tcPr>
          <w:p>
            <w:r>
              <w:t>보도 초안 1건 작성</w:t>
            </w:r>
          </w:p>
        </w:tc>
        <w:tc>
          <w:tcPr>
            <w:tcW w:type="dxa" w:w="3005"/>
          </w:tcPr>
          <w:p>
            <w:r>
              <w:t>안전 검토 후 배포 준비</w:t>
            </w:r>
          </w:p>
        </w:tc>
        <w:tc>
          <w:tcPr>
            <w:tcW w:type="dxa" w:w="3005"/>
          </w:tcPr>
          <w:p>
            <w:r>
              <w:t>진행</w:t>
              <w:br/>
              <w:t>2026-11-12</w:t>
            </w:r>
          </w:p>
        </w:tc>
        <w:tc>
          <w:tcPr>
            <w:tcW w:type="dxa" w:w="3005"/>
          </w:tcPr>
          <w:p>
            <w:r>
              <w:t>보도일정과 대조 / 11/12 10:00 배포 예정; S04 11/11 15:00 검토 후 확정</w:t>
            </w:r>
          </w:p>
        </w:tc>
      </w:tr>
      <w:tr>
        <w:trPr>
          <w:cantSplit/>
        </w:trPr>
        <w:tc>
          <w:tcPr>
            <w:tcW w:type="dxa" w:w="3005"/>
          </w:tcPr>
          <w:p>
            <w:r>
              <w:t>H04 청년참여 간담회 안내</w:t>
            </w:r>
          </w:p>
        </w:tc>
        <w:tc>
          <w:tcPr>
            <w:tcW w:type="dxa" w:w="3005"/>
          </w:tcPr>
          <w:p>
            <w:r>
              <w:t>사진 사용 확인 대기</w:t>
            </w:r>
          </w:p>
        </w:tc>
        <w:tc>
          <w:tcPr>
            <w:tcW w:type="dxa" w:w="3005"/>
          </w:tcPr>
          <w:p>
            <w:r>
              <w:t>사진 사용 확인 후 배포 여부 판단</w:t>
            </w:r>
          </w:p>
        </w:tc>
        <w:tc>
          <w:tcPr>
            <w:tcW w:type="dxa" w:w="3005"/>
          </w:tcPr>
          <w:p>
            <w:r>
              <w:t>지연</w:t>
              <w:br/>
              <w:t>2026-11-13</w:t>
            </w:r>
          </w:p>
        </w:tc>
        <w:tc>
          <w:tcPr>
            <w:tcW w:type="dxa" w:w="3005"/>
          </w:tcPr>
          <w:p>
            <w:r>
              <w:t>미확인 상태로 배포 금지 / 11/13 09:00 예정; 확인 전 배포 보류</w:t>
            </w:r>
          </w:p>
        </w:tc>
      </w:tr>
      <w:tr>
        <w:trPr>
          <w:cantSplit/>
        </w:trPr>
        <w:tc>
          <w:tcPr>
            <w:tcW w:type="dxa" w:w="3005"/>
          </w:tcPr>
          <w:p>
            <w:r>
              <w:t>H05 정책소식 요약</w:t>
            </w:r>
          </w:p>
        </w:tc>
        <w:tc>
          <w:tcPr>
            <w:tcW w:type="dxa" w:w="3005"/>
          </w:tcPr>
          <w:p>
            <w:r>
              <w:t>정책소식 4건 취합 중</w:t>
            </w:r>
          </w:p>
        </w:tc>
        <w:tc>
          <w:tcPr>
            <w:tcW w:type="dxa" w:w="3005"/>
          </w:tcPr>
          <w:p>
            <w:r>
              <w:t>요약본 대조</w:t>
            </w:r>
          </w:p>
        </w:tc>
        <w:tc>
          <w:tcPr>
            <w:tcW w:type="dxa" w:w="3005"/>
          </w:tcPr>
          <w:p>
            <w:r>
              <w:t>진행</w:t>
              <w:br/>
              <w:t>2026-11-11</w:t>
            </w:r>
          </w:p>
        </w:tc>
        <w:tc>
          <w:tcPr>
            <w:tcW w:type="dxa" w:w="3005"/>
          </w:tcPr>
          <w:p>
            <w:r>
              <w:t>없음</w:t>
            </w:r>
          </w:p>
        </w:tc>
      </w:tr>
      <w:tr>
        <w:trPr>
          <w:cantSplit/>
        </w:trPr>
        <w:tc>
          <w:tcPr>
            <w:tcW w:type="dxa" w:w="3005"/>
          </w:tcPr>
          <w:p>
            <w:r>
              <w:t>H06 홍보 실적 취합</w:t>
            </w:r>
          </w:p>
        </w:tc>
        <w:tc>
          <w:tcPr>
            <w:tcW w:type="dxa" w:w="3005"/>
          </w:tcPr>
          <w:p>
            <w:r>
              <w:t>4개 부서 자료 취합 중</w:t>
            </w:r>
          </w:p>
        </w:tc>
        <w:tc>
          <w:tcPr>
            <w:tcW w:type="dxa" w:w="3005"/>
          </w:tcPr>
          <w:p>
            <w:r>
              <w:t>부서별 실적 확인</w:t>
            </w:r>
          </w:p>
        </w:tc>
        <w:tc>
          <w:tcPr>
            <w:tcW w:type="dxa" w:w="3005"/>
          </w:tcPr>
          <w:p>
            <w:r>
              <w:t>진행</w:t>
              <w:br/>
              <w:t>2026-11-13</w:t>
            </w:r>
          </w:p>
        </w:tc>
        <w:tc>
          <w:tcPr>
            <w:tcW w:type="dxa" w:w="3005"/>
          </w:tcPr>
          <w:p>
            <w:r>
              <w:t>없음</w:t>
            </w:r>
          </w:p>
        </w:tc>
      </w:tr>
    </w:tbl>
    <w:p>
      <w:r>
        <w:t>부서별 6건. 원본 출처: 홍보소통과_주간업무_가상.docx. 개별 위치와 보완 출처는 취합대조표 참조.</w:t>
      </w:r>
    </w:p>
    <w:sectPr w:rsidR="00FC693F" w:rsidRPr="0006063C" w:rsidSect="00034616">
      <w:footerReference w:type="default" r:id="rId9"/>
      <w:pgSz w:w="16838" w:h="11906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검토 전 초안 / 실제 행정 문서 아님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