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정산자료 보완 요청 · 발송 전 검토용</w:t>
      </w:r>
    </w:p>
    <w:p>
      <w:r>
        <w:t>수신: 가온마을회 대표 / 발신: JJ시청 / 문서번호·시행일: (확인 필요)</w:t>
      </w:r>
    </w:p>
    <w:p>
      <w:r>
        <w:t>주민활동 지원사업 정산자료 보완 요청(검토 초안)</w:t>
      </w:r>
    </w:p>
    <w:p>
      <w:r>
        <w:t>귀 단체 정산자료 중 3건에 대해 확인이 필요하여 보완을 요청드립니다.</w:t>
      </w:r>
    </w:p>
    <w:p>
      <w:r>
        <w:t>제출기한·제출방법·담당자·연락처: (확인 필요)</w:t>
      </w:r>
    </w:p>
    <w:p>
      <w:r>
        <w:t>제출 자료에 없는 사정은 단정하지 않았습니다. 위반·불인정·환수 확정 통지가 아닙니다.</w:t>
      </w:r>
    </w:p>
    <w:p>
      <w:r>
        <w:t>붙임: 아래 거래번호별 보완 요청 목록 1부. 끝.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거래번호</w:t>
            </w:r>
          </w:p>
        </w:tc>
        <w:tc>
          <w:tcPr>
            <w:tcW w:type="dxa" w:w="2160"/>
          </w:tcPr>
          <w:p>
            <w:r>
              <w:t>확인 내용</w:t>
            </w:r>
          </w:p>
        </w:tc>
        <w:tc>
          <w:tcPr>
            <w:tcW w:type="dxa" w:w="2160"/>
          </w:tcPr>
          <w:p>
            <w:r>
              <w:t>요청 자료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</w:tr>
      <w:tr>
        <w:tc>
          <w:tcPr>
            <w:tcW w:type="dxa" w:w="2160"/>
          </w:tcPr>
          <w:p>
            <w:r>
              <w:t>A003</w:t>
            </w:r>
          </w:p>
        </w:tc>
        <w:tc>
          <w:tcPr>
            <w:tcW w:type="dxa" w:w="2160"/>
          </w:tcPr>
          <w:p>
            <w:r>
              <w:t>회의식비 한도 초과 의심</w:t>
            </w:r>
          </w:p>
        </w:tc>
        <w:tc>
          <w:tcPr>
            <w:tcW w:type="dxa" w:w="2160"/>
          </w:tcPr>
          <w:p>
            <w:r>
              <w:t>참석명부·식비 사유 확인</w:t>
            </w:r>
          </w:p>
        </w:tc>
        <w:tc>
          <w:tcPr>
            <w:tcW w:type="dxa" w:w="2160"/>
          </w:tcPr>
          <w:p>
            <w:r>
              <w:t>R03 / 지출내역_가온마을회_가상.xlsx / 지출내역 5행; 증빙철_가온마을회_가상.pdf 1쪽</w:t>
            </w:r>
          </w:p>
        </w:tc>
      </w:tr>
      <w:tr>
        <w:tc>
          <w:tcPr>
            <w:tcW w:type="dxa" w:w="2160"/>
          </w:tcPr>
          <w:p>
            <w:r>
              <w:t>A007</w:t>
            </w:r>
          </w:p>
        </w:tc>
        <w:tc>
          <w:tcPr>
            <w:tcW w:type="dxa" w:w="2160"/>
          </w:tcPr>
          <w:p>
            <w:r>
              <w:t>사업기간 밖 지출 의심</w:t>
            </w:r>
          </w:p>
        </w:tc>
        <w:tc>
          <w:tcPr>
            <w:tcW w:type="dxa" w:w="2160"/>
          </w:tcPr>
          <w:p>
            <w:r>
              <w:t>기간 연장 승인 여부 확인</w:t>
            </w:r>
          </w:p>
        </w:tc>
        <w:tc>
          <w:tcPr>
            <w:tcW w:type="dxa" w:w="2160"/>
          </w:tcPr>
          <w:p>
            <w:r>
              <w:t>R01 / 지출내역_가온마을회_가상.xlsx / 지출내역 9행; 증빙철_가온마을회_가상.pdf 2쪽</w:t>
            </w:r>
          </w:p>
        </w:tc>
      </w:tr>
      <w:tr>
        <w:tc>
          <w:tcPr>
            <w:tcW w:type="dxa" w:w="2160"/>
          </w:tcPr>
          <w:p>
            <w:r>
              <w:t>A011</w:t>
            </w:r>
          </w:p>
        </w:tc>
        <w:tc>
          <w:tcPr>
            <w:tcW w:type="dxa" w:w="2160"/>
          </w:tcPr>
          <w:p>
            <w:r>
              <w:t>영수증 확인 필요</w:t>
            </w:r>
          </w:p>
        </w:tc>
        <w:tc>
          <w:tcPr>
            <w:tcW w:type="dxa" w:w="2160"/>
          </w:tcPr>
          <w:p>
            <w:r>
              <w:t>원영수증 제출</w:t>
            </w:r>
          </w:p>
        </w:tc>
        <w:tc>
          <w:tcPr>
            <w:tcW w:type="dxa" w:w="2160"/>
          </w:tcPr>
          <w:p>
            <w:r>
              <w:t>R04 / 지출내역에는 A-R011 / 증빙철에 없음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교육용 검토 초안 ·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