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교육 영상 시연용 가상 자료</w:t>
      </w:r>
    </w:p>
    <w:p>
      <w:pPr>
        <w:pStyle w:val="Title"/>
      </w:pPr>
      <w:r>
        <w:t>검수표 · 결과 예시</w:t>
      </w:r>
    </w:p>
    <w:p>
      <w:r>
        <w:t>교육용 결과 예시 · 실제 ChatGPT 실행 결과가 아닙니다. 사실 확인과 배포 승인은 별도입니다.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t>항목</w:t>
            </w:r>
          </w:p>
        </w:tc>
        <w:tc>
          <w:tcPr>
            <w:tcW w:type="dxa" w:w="2493"/>
          </w:tcPr>
          <w:p>
            <w:r>
              <w:t>초안 내용</w:t>
            </w:r>
          </w:p>
        </w:tc>
        <w:tc>
          <w:tcPr>
            <w:tcW w:type="dxa" w:w="2493"/>
          </w:tcPr>
          <w:p>
            <w:r>
              <w:t>근거</w:t>
            </w:r>
          </w:p>
        </w:tc>
        <w:tc>
          <w:tcPr>
            <w:tcW w:type="dxa" w:w="2493"/>
          </w:tcPr>
          <w:p>
            <w:r>
              <w:t>판정</w:t>
            </w:r>
          </w:p>
        </w:tc>
      </w:tr>
      <w:tr>
        <w:tc>
          <w:tcPr>
            <w:tcW w:type="dxa" w:w="2493"/>
          </w:tcPr>
          <w:p>
            <w:r>
              <w:t>대상</w:t>
            </w:r>
          </w:p>
        </w:tc>
        <w:tc>
          <w:tcPr>
            <w:tcW w:type="dxa" w:w="2493"/>
          </w:tcPr>
          <w:p>
            <w:r>
              <w:t>60세 이상 JJ시민</w:t>
            </w:r>
          </w:p>
        </w:tc>
        <w:tc>
          <w:tcPr>
            <w:tcW w:type="dxa" w:w="2493"/>
          </w:tcPr>
          <w:p>
            <w:r>
              <w:t>사업핵심정보 1쪽</w:t>
            </w:r>
          </w:p>
        </w:tc>
        <w:tc>
          <w:tcPr>
            <w:tcW w:type="dxa" w:w="2493"/>
          </w:tcPr>
          <w:p>
            <w:r>
              <w:t>일치</w:t>
            </w:r>
          </w:p>
        </w:tc>
      </w:tr>
      <w:tr>
        <w:tc>
          <w:tcPr>
            <w:tcW w:type="dxa" w:w="2493"/>
          </w:tcPr>
          <w:p>
            <w:r>
              <w:t>정원</w:t>
            </w:r>
          </w:p>
        </w:tc>
        <w:tc>
          <w:tcPr>
            <w:tcW w:type="dxa" w:w="2493"/>
          </w:tcPr>
          <w:p>
            <w:r>
              <w:t>총 120명 / 1인 1개 반</w:t>
            </w:r>
          </w:p>
        </w:tc>
        <w:tc>
          <w:tcPr>
            <w:tcW w:type="dxa" w:w="2493"/>
          </w:tcPr>
          <w:p>
            <w:r>
              <w:t>사업핵심정보 1쪽</w:t>
            </w:r>
          </w:p>
        </w:tc>
        <w:tc>
          <w:tcPr>
            <w:tcW w:type="dxa" w:w="2493"/>
          </w:tcPr>
          <w:p>
            <w:r>
              <w:t>일치</w:t>
            </w:r>
          </w:p>
        </w:tc>
      </w:tr>
      <w:tr>
        <w:tc>
          <w:tcPr>
            <w:tcW w:type="dxa" w:w="2493"/>
          </w:tcPr>
          <w:p>
            <w:r>
              <w:t>규모</w:t>
            </w:r>
          </w:p>
        </w:tc>
        <w:tc>
          <w:tcPr>
            <w:tcW w:type="dxa" w:w="2493"/>
          </w:tcPr>
          <w:p>
            <w:r>
              <w:t>3곳 × 4개 반 × 10명 = 120명</w:t>
            </w:r>
          </w:p>
        </w:tc>
        <w:tc>
          <w:tcPr>
            <w:tcW w:type="dxa" w:w="2493"/>
          </w:tcPr>
          <w:p>
            <w:r>
              <w:t>회의결정사항 1쪽</w:t>
            </w:r>
          </w:p>
        </w:tc>
        <w:tc>
          <w:tcPr>
            <w:tcW w:type="dxa" w:w="2493"/>
          </w:tcPr>
          <w:p>
            <w:r>
              <w:t>일치</w:t>
            </w:r>
          </w:p>
        </w:tc>
      </w:tr>
      <w:tr>
        <w:tc>
          <w:tcPr>
            <w:tcW w:type="dxa" w:w="2493"/>
          </w:tcPr>
          <w:p>
            <w:r>
              <w:t>접수</w:t>
            </w:r>
          </w:p>
        </w:tc>
        <w:tc>
          <w:tcPr>
            <w:tcW w:type="dxa" w:w="2493"/>
          </w:tcPr>
          <w:p>
            <w:r>
              <w:t>2026.11.16.~11.27. / 방문·선착순</w:t>
            </w:r>
          </w:p>
        </w:tc>
        <w:tc>
          <w:tcPr>
            <w:tcW w:type="dxa" w:w="2493"/>
          </w:tcPr>
          <w:p>
            <w:r>
              <w:t>사업핵심정보 1쪽</w:t>
            </w:r>
          </w:p>
        </w:tc>
        <w:tc>
          <w:tcPr>
            <w:tcW w:type="dxa" w:w="2493"/>
          </w:tcPr>
          <w:p>
            <w:r>
              <w:t>일치</w:t>
            </w:r>
          </w:p>
        </w:tc>
      </w:tr>
      <w:tr>
        <w:tc>
          <w:tcPr>
            <w:tcW w:type="dxa" w:w="2493"/>
          </w:tcPr>
          <w:p>
            <w:r>
              <w:t>교육</w:t>
            </w:r>
          </w:p>
        </w:tc>
        <w:tc>
          <w:tcPr>
            <w:tcW w:type="dxa" w:w="2493"/>
          </w:tcPr>
          <w:p>
            <w:r>
              <w:t>2026.12.1.~12.18. / 무료</w:t>
            </w:r>
          </w:p>
        </w:tc>
        <w:tc>
          <w:tcPr>
            <w:tcW w:type="dxa" w:w="2493"/>
          </w:tcPr>
          <w:p>
            <w:r>
              <w:t>사업핵심정보 1쪽</w:t>
            </w:r>
          </w:p>
        </w:tc>
        <w:tc>
          <w:tcPr>
            <w:tcW w:type="dxa" w:w="2493"/>
          </w:tcPr>
          <w:p>
            <w:r>
              <w:t>일치</w:t>
            </w:r>
          </w:p>
        </w:tc>
      </w:tr>
      <w:tr>
        <w:tc>
          <w:tcPr>
            <w:tcW w:type="dxa" w:w="2493"/>
          </w:tcPr>
          <w:p>
            <w:r>
              <w:t>보도시점</w:t>
            </w:r>
          </w:p>
        </w:tc>
        <w:tc>
          <w:tcPr>
            <w:tcW w:type="dxa" w:w="2493"/>
          </w:tcPr>
          <w:p>
            <w:r>
              <w:t>(확인 필요)</w:t>
            </w:r>
          </w:p>
        </w:tc>
        <w:tc>
          <w:tcPr>
            <w:tcW w:type="dxa" w:w="2493"/>
          </w:tcPr>
          <w:p>
            <w:r>
              <w:t>사업핵심정보 2쪽</w:t>
            </w:r>
          </w:p>
        </w:tc>
        <w:tc>
          <w:tcPr>
            <w:tcW w:type="dxa" w:w="2493"/>
          </w:tcPr>
          <w:p>
            <w:r>
              <w:t>보류</w:t>
            </w:r>
          </w:p>
        </w:tc>
      </w:tr>
      <w:tr>
        <w:tc>
          <w:tcPr>
            <w:tcW w:type="dxa" w:w="2493"/>
          </w:tcPr>
          <w:p>
            <w:r>
              <w:t>인용문</w:t>
            </w:r>
          </w:p>
        </w:tc>
        <w:tc>
          <w:tcPr>
            <w:tcW w:type="dxa" w:w="2493"/>
          </w:tcPr>
          <w:p>
            <w:r>
              <w:t>승인 전 문구 제안 / 실제 발언 아님</w:t>
            </w:r>
          </w:p>
        </w:tc>
        <w:tc>
          <w:tcPr>
            <w:tcW w:type="dxa" w:w="2493"/>
          </w:tcPr>
          <w:p>
            <w:r>
              <w:t>사업핵심정보 2쪽</w:t>
            </w:r>
          </w:p>
        </w:tc>
        <w:tc>
          <w:tcPr>
            <w:tcW w:type="dxa" w:w="2493"/>
          </w:tcPr>
          <w:p>
            <w:r>
              <w:t>보류</w:t>
            </w:r>
          </w:p>
        </w:tc>
      </w:tr>
      <w:tr>
        <w:tc>
          <w:tcPr>
            <w:tcW w:type="dxa" w:w="2493"/>
          </w:tcPr>
          <w:p>
            <w:r>
              <w:t>문의전화</w:t>
            </w:r>
          </w:p>
        </w:tc>
        <w:tc>
          <w:tcPr>
            <w:tcW w:type="dxa" w:w="2493"/>
          </w:tcPr>
          <w:p>
            <w:r>
              <w:t>(확인 필요)</w:t>
            </w:r>
          </w:p>
        </w:tc>
        <w:tc>
          <w:tcPr>
            <w:tcW w:type="dxa" w:w="2493"/>
          </w:tcPr>
          <w:p>
            <w:r>
              <w:t>사업핵심정보 2쪽</w:t>
            </w:r>
          </w:p>
        </w:tc>
        <w:tc>
          <w:tcPr>
            <w:tcW w:type="dxa" w:w="2493"/>
          </w:tcPr>
          <w:p>
            <w:r>
              <w:t>보류</w:t>
            </w:r>
          </w:p>
        </w:tc>
      </w:tr>
    </w:tbl>
    <w:p/>
    <w:p>
      <w:pPr>
        <w:pStyle w:val="Heading1"/>
      </w:pPr>
      <w:r>
        <w:t>확정 전 상태</w:t>
      </w:r>
    </w:p>
    <w:p>
      <w:r>
        <w:t>대조 항목 8개 중 5개 일치, 3개 보류. 일치 판정은 자료와 문장이 맞는다는 뜻이며 배포 승인이 아니다.</w:t>
      </w:r>
    </w:p>
    <w:p>
      <w:r>
        <w:t>표현 점검: 참여 실적처럼 쓴 표현 없음 / 근거 없는 최초·최고 없음 / 인용문 후보 분리 / 미정 표시 유지</w:t>
      </w:r>
    </w:p>
    <w:p>
      <w:r>
        <w:t>사업 부서: 사실·문의처·인용문 확인 / 홍보 담당: 서식·표현·보도시점 확인 / 최종 확정: 기관 절차에 따른 담당자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JJ시청 · 가상 지자체 JJ시 | 실제 기관 규정이나 실제 발언이 아닙니다.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263D7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263D7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