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틀린 회의록 고치기</w:t>
      </w:r>
    </w:p>
    <w:p>
      <w:r>
        <w:t>의도적으로 틀린 교육용 초안입니다. 원문을 듣고 아래 4행을 고쳐 보세요. 실제 AI가 만든 오류가 아닙니다.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cantSplit/>
        </w:trPr>
        <w:tc>
          <w:tcPr>
            <w:tcW w:type="dxa" w:w="5100"/>
          </w:tcPr>
          <w:p>
            <w:r>
              <w:t>항목</w:t>
            </w:r>
          </w:p>
        </w:tc>
        <w:tc>
          <w:tcPr>
            <w:tcW w:type="dxa" w:w="5100"/>
          </w:tcPr>
          <w:p>
            <w:r>
              <w:t>틀린 초안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화면 문구 점검 기한</w:t>
            </w:r>
          </w:p>
        </w:tc>
        <w:tc>
          <w:tcPr>
            <w:tcW w:type="dxa" w:w="5100"/>
          </w:tcPr>
          <w:p>
            <w:r>
              <w:t>2026-11-10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사업 예산</w:t>
            </w:r>
          </w:p>
        </w:tc>
        <w:tc>
          <w:tcPr>
            <w:tcW w:type="dxa" w:w="5100"/>
          </w:tcPr>
          <w:p>
            <w:r>
              <w:t>확정·승인 완료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디지털 안내판</w:t>
            </w:r>
          </w:p>
        </w:tc>
        <w:tc>
          <w:tcPr>
            <w:tcW w:type="dxa" w:w="5100"/>
          </w:tcPr>
          <w:p>
            <w:r>
              <w:t>추가 도입 확정</w:t>
            </w:r>
          </w:p>
        </w:tc>
      </w:tr>
      <w:tr>
        <w:trPr>
          <w:cantSplit/>
        </w:trPr>
        <w:tc>
          <w:tcPr>
            <w:tcW w:type="dxa" w:w="5100"/>
          </w:tcPr>
          <w:p>
            <w:r>
              <w:t>만족도 설문</w:t>
            </w:r>
          </w:p>
        </w:tc>
        <w:tc>
          <w:tcPr>
            <w:tcW w:type="dxa" w:w="5100"/>
          </w:tcPr>
          <w:p>
            <w:r>
              <w:t>나래가 2026-11-20까지 완료</w:t>
            </w:r>
          </w:p>
        </w:tc>
      </w:tr>
    </w:tbl>
    <w:p>
      <w:r>
        <w:t>정답은 받아쓰기의 정정 발언, 예산 발언, 설문 발언과 대조해 찾습니다. 새 담당·기한을 추측하지 않습니다.</w:t>
      </w:r>
    </w:p>
    <w:sectPr w:rsidR="00FC693F" w:rsidRPr="0006063C" w:rsidSect="00034616">
      <w:head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JJ시청 · 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