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정정 실습 · 일부러 잘못 쓴 문장</w:t>
      </w:r>
    </w:p>
    <w:p>
      <w:r>
        <w:t>교육 영상 시연용 가상 자료</w:t>
      </w:r>
    </w:p>
    <w:p>
      <w:r>
        <w:t>JJ바이오팜(가상, 원료의약품·화학 소재, 직원 380명)</w:t>
      </w:r>
    </w:p>
    <w:p>
      <w:r>
        <w:t>아래는 정정 연습을 위한 오류 예시이며 사실로 사용하지 않는다.</w:t>
      </w:r>
    </w:p>
    <w:p>
      <w:r>
        <w:t>설정 변경 때문에 온도가 62.4℃까지 올라 10분간 이탈했다. 시험에 합격해 품질 영향은 없고 240kg은 출하할 수 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검토할 곳</w:t>
            </w:r>
          </w:p>
        </w:tc>
        <w:tc>
          <w:tcPr>
            <w:tcW w:type="dxa" w:w="4320"/>
          </w:tcPr>
          <w:p>
            <w:r>
              <w:t>대조할 근거</w:t>
            </w:r>
          </w:p>
        </w:tc>
      </w:tr>
      <w:tr>
        <w:tc>
          <w:tcPr>
            <w:tcW w:type="dxa" w:w="4320"/>
          </w:tcPr>
          <w:p>
            <w:r>
              <w:t>원인 단정</w:t>
            </w:r>
          </w:p>
        </w:tc>
        <w:tc>
          <w:tcPr>
            <w:tcW w:type="dxa" w:w="4320"/>
          </w:tcPr>
          <w:p>
            <w:r>
              <w:t>면담과설비메모 M01·M03</w:t>
            </w:r>
          </w:p>
        </w:tc>
      </w:tr>
      <w:tr>
        <w:tc>
          <w:tcPr>
            <w:tcW w:type="dxa" w:w="4320"/>
          </w:tcPr>
          <w:p>
            <w:r>
              <w:t>시간</w:t>
            </w:r>
          </w:p>
        </w:tc>
        <w:tc>
          <w:tcPr>
            <w:tcW w:type="dxa" w:w="4320"/>
          </w:tcPr>
          <w:p>
            <w:r>
              <w:t>온도와사건기록 사건기록 E01·E04</w:t>
            </w:r>
          </w:p>
        </w:tc>
      </w:tr>
      <w:tr>
        <w:tc>
          <w:tcPr>
            <w:tcW w:type="dxa" w:w="4320"/>
          </w:tcPr>
          <w:p>
            <w:r>
              <w:t>시험·영향</w:t>
            </w:r>
          </w:p>
        </w:tc>
        <w:tc>
          <w:tcPr>
            <w:tcW w:type="dxa" w:w="4320"/>
          </w:tcPr>
          <w:p>
            <w:r>
              <w:t>면담과설비메모 M04</w:t>
            </w:r>
          </w:p>
        </w:tc>
      </w:tr>
      <w:tr>
        <w:tc>
          <w:tcPr>
            <w:tcW w:type="dxa" w:w="4320"/>
          </w:tcPr>
          <w:p>
            <w:r>
              <w:t>출하</w:t>
            </w:r>
          </w:p>
        </w:tc>
        <w:tc>
          <w:tcPr>
            <w:tcW w:type="dxa" w:w="4320"/>
          </w:tcPr>
          <w:p>
            <w:r>
              <w:t>보류목록 H01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검토 전 초안 / 정식 품질 기록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