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면담과 설비 확인 메모</w:t>
      </w:r>
    </w:p>
    <w:p>
      <w:r>
        <w:t>교육 영상 시연용 가상 자료</w:t>
      </w:r>
    </w:p>
    <w:p>
      <w:r>
        <w:t>JJ바이오팜(가상, 원료의약품·화학 소재, 직원 380명)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번호</w:t>
            </w:r>
          </w:p>
        </w:tc>
        <w:tc>
          <w:tcPr>
            <w:tcW w:type="dxa" w:w="2160"/>
          </w:tcPr>
          <w:p>
            <w:r>
              <w:t>자료 위치</w:t>
            </w:r>
          </w:p>
        </w:tc>
        <w:tc>
          <w:tcPr>
            <w:tcW w:type="dxa" w:w="2160"/>
          </w:tcPr>
          <w:p>
            <w:r>
              <w:t>받은 내용</w:t>
            </w:r>
          </w:p>
        </w:tc>
        <w:tc>
          <w:tcPr>
            <w:tcW w:type="dxa" w:w="2160"/>
          </w:tcPr>
          <w:p>
            <w:r>
              <w:t>주의</w:t>
            </w:r>
          </w:p>
        </w:tc>
      </w:tr>
      <w:tr>
        <w:tc>
          <w:tcPr>
            <w:tcW w:type="dxa" w:w="2160"/>
          </w:tcPr>
          <w:p>
            <w:r>
              <w:t>M01</w:t>
            </w:r>
          </w:p>
        </w:tc>
        <w:tc>
          <w:tcPr>
            <w:tcW w:type="dxa" w:w="2160"/>
          </w:tcPr>
          <w:p>
            <w:r>
              <w:t>생산 P 면담 / 11-03 14:00</w:t>
            </w:r>
          </w:p>
        </w:tc>
        <w:tc>
          <w:tcPr>
            <w:tcW w:type="dxa" w:w="2160"/>
          </w:tcPr>
          <w:p>
            <w:r>
              <w:t>10:13 경보를 봤고 10:15 가열을 멈췄다고 진술. 설정을 바꾼 기억은 없다고 함.</w:t>
            </w:r>
          </w:p>
        </w:tc>
        <w:tc>
          <w:tcPr>
            <w:tcW w:type="dxa" w:w="2160"/>
          </w:tcPr>
          <w:p>
            <w:r>
              <w:t>진술은 원인 확정 근거가 아님</w:t>
            </w:r>
          </w:p>
        </w:tc>
      </w:tr>
      <w:tr>
        <w:tc>
          <w:tcPr>
            <w:tcW w:type="dxa" w:w="2160"/>
          </w:tcPr>
          <w:p>
            <w:r>
              <w:t>M02</w:t>
            </w:r>
          </w:p>
        </w:tc>
        <w:tc>
          <w:tcPr>
            <w:tcW w:type="dxa" w:w="2160"/>
          </w:tcPr>
          <w:p>
            <w:r>
              <w:t>설비 E 메모 / 11-03 15:00</w:t>
            </w:r>
          </w:p>
        </w:tc>
        <w:tc>
          <w:tcPr>
            <w:tcW w:type="dxa" w:w="2160"/>
          </w:tcPr>
          <w:p>
            <w:r>
              <w:t>CR-02 온도 센서 교정 유효기간은 2026-12-31까지로 기재.</w:t>
            </w:r>
          </w:p>
        </w:tc>
        <w:tc>
          <w:tcPr>
            <w:tcW w:type="dxa" w:w="2160"/>
          </w:tcPr>
          <w:p>
            <w:r>
              <w:t>유효기간 내라는 사실만으로 센서 정상 확정 불가</w:t>
            </w:r>
          </w:p>
        </w:tc>
      </w:tr>
      <w:tr>
        <w:tc>
          <w:tcPr>
            <w:tcW w:type="dxa" w:w="2160"/>
          </w:tcPr>
          <w:p>
            <w:r>
              <w:t>M03</w:t>
            </w:r>
          </w:p>
        </w:tc>
        <w:tc>
          <w:tcPr>
            <w:tcW w:type="dxa" w:w="2160"/>
          </w:tcPr>
          <w:p>
            <w:r>
              <w:t>자료 수령 상태 / 11-04 09:00</w:t>
            </w:r>
          </w:p>
        </w:tc>
        <w:tc>
          <w:tcPr>
            <w:tcW w:type="dxa" w:w="2160"/>
          </w:tcPr>
          <w:p>
            <w:r>
              <w:t>가열 출력·밸브 동작·설정 변경 이력은 아직 받지 못함.</w:t>
            </w:r>
          </w:p>
        </w:tc>
        <w:tc>
          <w:tcPr>
            <w:tcW w:type="dxa" w:w="2160"/>
          </w:tcPr>
          <w:p>
            <w:r>
              <w:t>없다고 단정하지 말고 미수령으로 표시</w:t>
            </w:r>
          </w:p>
        </w:tc>
      </w:tr>
      <w:tr>
        <w:tc>
          <w:tcPr>
            <w:tcW w:type="dxa" w:w="2160"/>
          </w:tcPr>
          <w:p>
            <w:r>
              <w:t>M04</w:t>
            </w:r>
          </w:p>
        </w:tc>
        <w:tc>
          <w:tcPr>
            <w:tcW w:type="dxa" w:w="2160"/>
          </w:tcPr>
          <w:p>
            <w:r>
              <w:t>QA Q 메모 / 11-04 09:30</w:t>
            </w:r>
          </w:p>
        </w:tc>
        <w:tc>
          <w:tcPr>
            <w:tcW w:type="dxa" w:w="2160"/>
          </w:tcPr>
          <w:p>
            <w:r>
              <w:t>관련 시험 결과·안정성 근거·다른 배치 검토 자료는 미수령. 출하 및 종결 판단 전.</w:t>
            </w:r>
          </w:p>
        </w:tc>
        <w:tc>
          <w:tcPr>
            <w:tcW w:type="dxa" w:w="2160"/>
          </w:tcPr>
          <w:p>
            <w:r>
              <w:t>합격·무영향·출하 가능으로 쓰지 않음</w:t>
            </w:r>
          </w:p>
        </w:tc>
      </w:tr>
    </w:tbl>
    <w:p>
      <w:pPr>
        <w:pStyle w:val="Heading1"/>
      </w:pPr>
      <w:r>
        <w:t>추가 확인</w:t>
      </w:r>
    </w:p>
    <w:p>
      <w:r>
        <w:t>면담자 역할은 가명이다. 현장 상태·원본 기록·자료 수령 여부를 담당자가 다시 확인한다. 다른 배치까지 조사할 범위는 QA Q가 결정한다.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검토 전 초안 / 정식 품질 기록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