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고객 클레임 접수 후 8D 보고서 초안 쓰기</w:t>
      </w:r>
    </w:p>
    <w:p>
      <w:r>
        <w:t>교육 영상 시연용 가상 자료 | JJ정밀(가상, 자동차 부품 제조, 직원 420명)</w:t>
      </w:r>
    </w:p>
    <w:p>
      <w:r>
        <w:t>앞 업무에서 이어 받은 결과 예시 · 이 편의 연습용으로 새로 작성</w:t>
      </w:r>
    </w:p>
    <w:p>
      <w:pPr>
        <w:pStyle w:val="Heading1"/>
      </w:pPr>
      <w:r>
        <w:t>Q-26001 / JJ-V120 / 개정 2</w:t>
      </w:r>
    </w:p>
    <w:p>
      <w:pPr>
        <w:pStyle w:val="Heading2"/>
      </w:pPr>
      <w:r>
        <w:t>D1 함께 확인할 부서</w:t>
      </w:r>
    </w:p>
    <w:p>
      <w:r>
        <w:t>품질보증팀 / 생산기술팀 / 제조팀</w:t>
      </w:r>
    </w:p>
    <w:p>
      <w:pPr>
        <w:pStyle w:val="Heading2"/>
      </w:pPr>
      <w:r>
        <w:t>D2 문제</w:t>
      </w:r>
    </w:p>
    <w:p>
      <w:r>
        <w:t>누유 · 2026-01-09 접수</w:t>
      </w:r>
    </w:p>
    <w:p>
      <w:pPr>
        <w:pStyle w:val="Heading2"/>
      </w:pPr>
      <w:r>
        <w:t>D3 임시 조치</w:t>
      </w:r>
    </w:p>
    <w:p>
      <w:r>
        <w:t>밸브 하우징 재고 구분 보관 및 선별</w:t>
      </w:r>
    </w:p>
    <w:p>
      <w:pPr>
        <w:pStyle w:val="Heading2"/>
      </w:pPr>
      <w:r>
        <w:t>D4 원인</w:t>
      </w:r>
    </w:p>
    <w:p>
      <w:r>
        <w:t>체결면 이물 잔류</w:t>
      </w:r>
    </w:p>
    <w:p>
      <w:pPr>
        <w:pStyle w:val="Heading2"/>
      </w:pPr>
      <w:r>
        <w:t>D5 대책</w:t>
      </w:r>
    </w:p>
    <w:p>
      <w:r>
        <w:t>체결면 세척·이물 확인을 작업표에 추가</w:t>
      </w:r>
    </w:p>
    <w:p>
      <w:pPr>
        <w:pStyle w:val="Heading2"/>
      </w:pPr>
      <w:r>
        <w:t>D6 확인 결과</w:t>
      </w:r>
    </w:p>
    <w:p>
      <w:r>
        <w:t>대책 적용 후 200개 확인 · 동일 현상 0개</w:t>
      </w:r>
    </w:p>
    <w:p>
      <w:pPr>
        <w:pStyle w:val="Heading2"/>
      </w:pPr>
      <w:r>
        <w:t>D7 재발 방지</w:t>
      </w:r>
    </w:p>
    <w:p>
      <w:r>
        <w:t>확정된 대책만 작업표에 반영. 조사 중 사례는 반영 보류.</w:t>
      </w:r>
    </w:p>
    <w:p>
      <w:pPr>
        <w:pStyle w:val="Heading2"/>
      </w:pPr>
      <w:r>
        <w:t>D8 종결 여부</w:t>
      </w:r>
    </w:p>
    <w:p>
      <w:r>
        <w:t>종결</w:t>
      </w:r>
    </w:p>
    <w:p>
      <w:r>
        <w:t>대조 원문: 과거8D보고서_가상.pdf 1쪽. 초안의 추정 표현을 확정 원인으로 바꾸지 않는다.</w:t>
      </w:r>
    </w:p>
    <w:p>
      <w:r>
        <w:br w:type="page"/>
      </w:r>
    </w:p>
    <w:p>
      <w:pPr>
        <w:pStyle w:val="Title"/>
      </w:pPr>
      <w:r>
        <w:t>고객 클레임 접수 후 8D 보고서 초안 쓰기</w:t>
      </w:r>
    </w:p>
    <w:p>
      <w:r>
        <w:t>교육 영상 시연용 가상 자료 | JJ정밀(가상, 자동차 부품 제조, 직원 420명)</w:t>
      </w:r>
    </w:p>
    <w:p>
      <w:r>
        <w:t>앞 업무에서 이어 받은 결과 예시 · 이 편의 연습용으로 새로 작성</w:t>
      </w:r>
    </w:p>
    <w:p>
      <w:pPr>
        <w:pStyle w:val="Heading1"/>
      </w:pPr>
      <w:r>
        <w:t>Q-26002 / JJ-V120 / 개정 1</w:t>
      </w:r>
    </w:p>
    <w:p>
      <w:pPr>
        <w:pStyle w:val="Heading2"/>
      </w:pPr>
      <w:r>
        <w:t>D1 함께 확인할 부서</w:t>
      </w:r>
    </w:p>
    <w:p>
      <w:r>
        <w:t>품질보증팀 / 생산기술팀 / 제조팀</w:t>
      </w:r>
    </w:p>
    <w:p>
      <w:pPr>
        <w:pStyle w:val="Heading2"/>
      </w:pPr>
      <w:r>
        <w:t>D2 문제</w:t>
      </w:r>
    </w:p>
    <w:p>
      <w:r>
        <w:t>오일 샘 · 2026-01-13 접수</w:t>
      </w:r>
    </w:p>
    <w:p>
      <w:pPr>
        <w:pStyle w:val="Heading2"/>
      </w:pPr>
      <w:r>
        <w:t>D3 임시 조치</w:t>
      </w:r>
    </w:p>
    <w:p>
      <w:r>
        <w:t>밸브 하우징 재고 구분 보관 및 선별</w:t>
      </w:r>
    </w:p>
    <w:p>
      <w:pPr>
        <w:pStyle w:val="Heading2"/>
      </w:pPr>
      <w:r>
        <w:t>D4 원인</w:t>
      </w:r>
    </w:p>
    <w:p>
      <w:r>
        <w:t>밀봉 고무 눌림</w:t>
      </w:r>
    </w:p>
    <w:p>
      <w:pPr>
        <w:pStyle w:val="Heading2"/>
      </w:pPr>
      <w:r>
        <w:t>D5 대책</w:t>
      </w:r>
    </w:p>
    <w:p>
      <w:r>
        <w:t>밀봉 고무 삽입 상태 확인을 작업표에 추가</w:t>
      </w:r>
    </w:p>
    <w:p>
      <w:pPr>
        <w:pStyle w:val="Heading2"/>
      </w:pPr>
      <w:r>
        <w:t>D6 확인 결과</w:t>
      </w:r>
    </w:p>
    <w:p>
      <w:r>
        <w:t>대책 적용 후 200개 확인 · 동일 현상 0개</w:t>
      </w:r>
    </w:p>
    <w:p>
      <w:pPr>
        <w:pStyle w:val="Heading2"/>
      </w:pPr>
      <w:r>
        <w:t>D7 재발 방지</w:t>
      </w:r>
    </w:p>
    <w:p>
      <w:r>
        <w:t>확정된 대책만 작업표에 반영. 조사 중 사례는 반영 보류.</w:t>
      </w:r>
    </w:p>
    <w:p>
      <w:pPr>
        <w:pStyle w:val="Heading2"/>
      </w:pPr>
      <w:r>
        <w:t>D8 종결 여부</w:t>
      </w:r>
    </w:p>
    <w:p>
      <w:r>
        <w:t>종결</w:t>
      </w:r>
    </w:p>
    <w:p>
      <w:r>
        <w:t>대조 원문: 과거8D보고서_가상.pdf 2쪽. 초안의 추정 표현을 확정 원인으로 바꾸지 않는다.</w:t>
      </w:r>
    </w:p>
    <w:p>
      <w:r>
        <w:br w:type="page"/>
      </w:r>
    </w:p>
    <w:p>
      <w:pPr>
        <w:pStyle w:val="Title"/>
      </w:pPr>
      <w:r>
        <w:t>고객 클레임 접수 후 8D 보고서 초안 쓰기</w:t>
      </w:r>
    </w:p>
    <w:p>
      <w:r>
        <w:t>교육 영상 시연용 가상 자료 | JJ정밀(가상, 자동차 부품 제조, 직원 420명)</w:t>
      </w:r>
    </w:p>
    <w:p>
      <w:r>
        <w:t>앞 업무에서 이어 받은 결과 예시 · 이 편의 연습용으로 새로 작성</w:t>
      </w:r>
    </w:p>
    <w:p>
      <w:pPr>
        <w:pStyle w:val="Heading1"/>
      </w:pPr>
      <w:r>
        <w:t>Q-26003 / JJ-V120 / 개정 1</w:t>
      </w:r>
    </w:p>
    <w:p>
      <w:pPr>
        <w:pStyle w:val="Heading2"/>
      </w:pPr>
      <w:r>
        <w:t>D1 함께 확인할 부서</w:t>
      </w:r>
    </w:p>
    <w:p>
      <w:r>
        <w:t>품질보증팀 / 생산기술팀 / 제조팀</w:t>
      </w:r>
    </w:p>
    <w:p>
      <w:pPr>
        <w:pStyle w:val="Heading2"/>
      </w:pPr>
      <w:r>
        <w:t>D2 문제</w:t>
      </w:r>
    </w:p>
    <w:p>
      <w:r>
        <w:t>기름 샘 · 2026-01-17 접수</w:t>
      </w:r>
    </w:p>
    <w:p>
      <w:pPr>
        <w:pStyle w:val="Heading2"/>
      </w:pPr>
      <w:r>
        <w:t>D3 임시 조치</w:t>
      </w:r>
    </w:p>
    <w:p>
      <w:r>
        <w:t>밸브 하우징 재고 구분 보관 및 선별</w:t>
      </w:r>
    </w:p>
    <w:p>
      <w:pPr>
        <w:pStyle w:val="Heading2"/>
      </w:pPr>
      <w:r>
        <w:t>D4 원인</w:t>
      </w:r>
    </w:p>
    <w:p>
      <w:r>
        <w:t>(확인 필요)</w:t>
      </w:r>
    </w:p>
    <w:p>
      <w:pPr>
        <w:pStyle w:val="Heading2"/>
      </w:pPr>
      <w:r>
        <w:t>D5 대책</w:t>
      </w:r>
    </w:p>
    <w:p>
      <w:r>
        <w:t>(확인 필요)</w:t>
      </w:r>
    </w:p>
    <w:p>
      <w:pPr>
        <w:pStyle w:val="Heading2"/>
      </w:pPr>
      <w:r>
        <w:t>D6 확인 결과</w:t>
      </w:r>
    </w:p>
    <w:p>
      <w:r>
        <w:t>(확인 필요)</w:t>
      </w:r>
    </w:p>
    <w:p>
      <w:pPr>
        <w:pStyle w:val="Heading2"/>
      </w:pPr>
      <w:r>
        <w:t>D7 재발 방지</w:t>
      </w:r>
    </w:p>
    <w:p>
      <w:r>
        <w:t>확정된 대책만 작업표에 반영. 조사 중 사례는 반영 보류.</w:t>
      </w:r>
    </w:p>
    <w:p>
      <w:pPr>
        <w:pStyle w:val="Heading2"/>
      </w:pPr>
      <w:r>
        <w:t>D8 종결 여부</w:t>
      </w:r>
    </w:p>
    <w:p>
      <w:r>
        <w:t>조사 중</w:t>
      </w:r>
    </w:p>
    <w:p>
      <w:r>
        <w:t>대조 원문: 과거8D보고서_가상.pdf 3쪽. 초안의 추정 표현을 확정 원인으로 바꾸지 않는다.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