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HS후보 확인표 · 결과 예시</w:t>
      </w:r>
    </w:p>
    <w:p>
      <w:r>
        <w:t>교육 영상 시연용 가상 자료 | JJ로지스(가상)</w:t>
      </w:r>
    </w:p>
    <w:p>
      <w:r>
        <w:t>JJ-LB1000 · PP 용기 · 180 × 120 × 65 mm · 1 L | 3924.10 우선 검토, 최종 미확정.</w:t>
      </w:r>
    </w:p>
    <w:p>
      <w:r>
        <w:t>추가 설명: 가정에서 음식을 반복 보관. 빈 본체·뚜껑 한 조를 소매 포장해 수입.</w:t>
      </w:r>
    </w:p>
    <w:p>
      <w:r>
        <w:t>근거: 품목설명서_가상.pdf 1쪽, 화주추가설명_가상.docx 1쪽, HS후보_검토참고_가상.txt 1절.</w:t>
      </w:r>
    </w:p>
    <w:p>
      <w:r>
        <w:t>남은 확인: 제품 사진·판매 포장·설명서 / 국내 10자리·세율·요건 / 원산지·신고 예정일.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6자리 후보</w:t>
            </w:r>
          </w:p>
        </w:tc>
        <w:tc>
          <w:tcPr>
            <w:tcW w:type="dxa" w:w="2880"/>
          </w:tcPr>
          <w:p>
            <w:r>
              <w:t>범위·근거</w:t>
            </w:r>
          </w:p>
        </w:tc>
        <w:tc>
          <w:tcPr>
            <w:tcW w:type="dxa" w:w="2880"/>
          </w:tcPr>
          <w:p>
            <w:r>
              <w:t>검토 상태</w:t>
            </w:r>
          </w:p>
        </w:tc>
      </w:tr>
      <w:tr>
        <w:tc>
          <w:tcPr>
            <w:tcW w:type="dxa" w:w="2880"/>
          </w:tcPr>
          <w:p>
            <w:r>
              <w:t>3923.10</w:t>
            </w:r>
          </w:p>
        </w:tc>
        <w:tc>
          <w:tcPr>
            <w:tcW w:type="dxa" w:w="2880"/>
          </w:tcPr>
          <w:p>
            <w:r>
              <w:t>운반·포장용 상자 등</w:t>
              <w:br/>
              <w:t>상품을 담아 유통·운반하는 포장용이면 검토</w:t>
            </w:r>
          </w:p>
        </w:tc>
        <w:tc>
          <w:tcPr>
            <w:tcW w:type="dxa" w:w="2880"/>
          </w:tcPr>
          <w:p>
            <w:r>
              <w:t>비교용으로 유지</w:t>
              <w:br/>
              <w:t>추가 설명의 반복 주방 사용과 구별 필요</w:t>
            </w:r>
          </w:p>
        </w:tc>
      </w:tr>
      <w:tr>
        <w:tc>
          <w:tcPr>
            <w:tcW w:type="dxa" w:w="2880"/>
          </w:tcPr>
          <w:p>
            <w:r>
              <w:t>3924.10</w:t>
            </w:r>
          </w:p>
        </w:tc>
        <w:tc>
          <w:tcPr>
            <w:tcW w:type="dxa" w:w="2880"/>
          </w:tcPr>
          <w:p>
            <w:r>
              <w:t>식탁·주방용품</w:t>
              <w:br/>
              <w:t>가정에서 음식을 반복 보관한다는 추가 설명</w:t>
            </w:r>
          </w:p>
        </w:tc>
        <w:tc>
          <w:tcPr>
            <w:tcW w:type="dxa" w:w="2880"/>
          </w:tcPr>
          <w:p>
            <w:r>
              <w:t>우선 검토 · 미확정</w:t>
              <w:br/>
              <w:t>실물·판매 포장·뚜껑의 제시 상태 대조 필요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확인할 곳</w:t>
            </w:r>
          </w:p>
        </w:tc>
        <w:tc>
          <w:tcPr>
            <w:tcW w:type="dxa" w:w="4320"/>
          </w:tcPr>
          <w:p>
            <w:r>
              <w:t>관세사 질문 4개</w:t>
            </w:r>
          </w:p>
        </w:tc>
      </w:tr>
      <w:tr>
        <w:tc>
          <w:tcPr>
            <w:tcW w:type="dxa" w:w="4320"/>
          </w:tcPr>
          <w:p>
            <w:r>
              <w:t>용도와 범위</w:t>
            </w:r>
          </w:p>
        </w:tc>
        <w:tc>
          <w:tcPr>
            <w:tcW w:type="dxa" w:w="4320"/>
          </w:tcPr>
          <w:p>
            <w:r>
              <w:t>가정에서 음식을 반복 보관하는 설명과 판매 포장이 3924.10 검토를 뒷받침하나요?</w:t>
            </w:r>
          </w:p>
        </w:tc>
      </w:tr>
      <w:tr>
        <w:tc>
          <w:tcPr>
            <w:tcW w:type="dxa" w:w="4320"/>
          </w:tcPr>
          <w:p>
            <w:r>
              <w:t>제시 상태</w:t>
            </w:r>
          </w:p>
        </w:tc>
        <w:tc>
          <w:tcPr>
            <w:tcW w:type="dxa" w:w="4320"/>
          </w:tcPr>
          <w:p>
            <w:r>
              <w:t>용기와 뚜껑을 한 조로 제시할 때 분류가 달라질 여지가 있나요?</w:t>
            </w:r>
          </w:p>
        </w:tc>
      </w:tr>
      <w:tr>
        <w:tc>
          <w:tcPr>
            <w:tcW w:type="dxa" w:w="4320"/>
          </w:tcPr>
          <w:p>
            <w:r>
              <w:t>국내 세부번호</w:t>
            </w:r>
          </w:p>
        </w:tc>
        <w:tc>
          <w:tcPr>
            <w:tcW w:type="dxa" w:w="4320"/>
          </w:tcPr>
          <w:p>
            <w:r>
              <w:t>신고 시점의 국내 10자리 번호와 적용 세율·요건은 무엇을 확인해야 하나요?</w:t>
            </w:r>
          </w:p>
        </w:tc>
      </w:tr>
      <w:tr>
        <w:tc>
          <w:tcPr>
            <w:tcW w:type="dxa" w:w="4320"/>
          </w:tcPr>
          <w:p>
            <w:r>
              <w:t>추가 근거</w:t>
            </w:r>
          </w:p>
        </w:tc>
        <w:tc>
          <w:tcPr>
            <w:tcW w:type="dxa" w:w="4320"/>
          </w:tcPr>
          <w:p>
            <w:r>
              <w:t>사진·실물·설명서가 더 필요한가요? 불명확하면 품목분류 사전심사를 검토할까요?</w:t>
            </w:r>
          </w:p>
        </w:tc>
      </w:tr>
    </w:tbl>
    <w:p>
      <w:r>
        <w:t>HS 후보 검토용 · 국내 10자리·세율·요건 미확정 · 최종 분류는 담당자·관세사 검토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