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장애 보고서 모음 · 묶음 08</w:t>
      </w:r>
    </w:p>
    <w:p>
      <w:r>
        <w:t>JJ디지털 · 교육 영상 시연용 가상 자료</w:t>
      </w:r>
    </w:p>
    <w:p>
      <w:r>
        <w:t>앞 업무 «장애가 끝난 뒤 경보·대화 기록을 모아 장애 보고서 초안 쓰기»의 결과 예시입니다.</w:t>
      </w:r>
    </w:p>
    <w:p>
      <w:pPr>
        <w:pStyle w:val="Heading1"/>
      </w:pPr>
      <w:r>
        <w:t>JJ-043 · 공통 인증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2026-08-05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JJ-043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공통 인증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배포 전에 필수 설정 검사를 하지 않아 잘못된 설정이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JJ-044 · 가입접수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2026-08-19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JJ-044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가입접수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검토 중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30분.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연결 대기 제한이 짧게 설정되어 정상 응답을 받기 전에 끊김.</w:t>
      </w:r>
    </w:p>
    <w:p>
      <w:pPr>
        <w:pStyle w:val="Heading2"/>
      </w:pPr>
      <w:r>
        <w:t>관련 기술 언급</w:t>
      </w:r>
    </w:p>
    <w:p>
      <w:r>
        <w:t>자료보관소는 정상 응답함. 서비스 쪽 연결 설정이 직접 원인이었음.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서비스별 연결 수와 대기 제한을 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JJ-045 · 통신가입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2026-09-05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JJ-045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통신가입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시행 완료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변경 승인 때 되돌리기 검사를 생략해 잘못된 변경이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JJ-046 · 웹툰 보기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2026-09-19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JJ-046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웹툰 보기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60분.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예상 유입량보다 처리 여유가 작았고 증설 결정이 늦어 대기열이 쌓임.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예상 유입량과 증설 시점을 미리 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JJ-047 · 웹툰열람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2026-10-05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JJ-047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웹툰열람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검토 중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60분.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행사 유입 증가를 미리 반영하지 않아 처리 용량이 부족해짐.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예상 유입량과 증설 시점을 미리 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JJ-048 · 통신가입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2026-10-19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JJ-048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통신가입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시행 완료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30분.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연결 유지 설정이 맞지 않아 정상 저장소와 연결이 반복 종료됨.</w:t>
      </w:r>
    </w:p>
    <w:p>
      <w:pPr>
        <w:pStyle w:val="Heading2"/>
      </w:pPr>
      <w:r>
        <w:t>관련 기술 언급</w:t>
      </w:r>
    </w:p>
    <w:p>
      <w:r>
        <w:t>자료보관소는 정상 응답함. 서비스 쪽 연결 설정이 직접 원인이었음.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서비스별 연결 수와 대기 제한을 검토할 것.</w:t>
      </w:r>
    </w:p>
    <w:p>
      <w:r>
        <w:t>작성 원칙: 개인을 탓하지 않고 원인·영향·조치·후속 과제를 기록함. 원인 불명확 시 확정하지 않음.</w:t>
      </w:r>
    </w:p>
    <w:sectPr w:rsidR="00FC693F" w:rsidRPr="0006063C" w:rsidSect="00034616">
      <w:footerReference w:type="default" r:id="rId9"/>
      <w:pgSz w:w="12240" w:h="15840"/>
      <w:pgMar w:top="936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