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장애 보고서 모음 · 묶음 05</w:t>
      </w:r>
    </w:p>
    <w:p>
      <w:r>
        <w:t>JJ디지털 · 교육 영상 시연용 가상 자료</w:t>
      </w:r>
    </w:p>
    <w:p>
      <w:r>
        <w:t>앞 업무 «장애가 끝난 뒤 경보·대화 기록을 모아 장애 보고서 초안 쓰기»의 결과 예시입니다.</w:t>
      </w:r>
    </w:p>
    <w:p>
      <w:pPr>
        <w:pStyle w:val="Heading1"/>
      </w:pPr>
      <w:r>
        <w:t>JJ-025 · 통신 가입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2025-11-05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JJ-025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통신 가입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미착수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40분.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배포 전에 필수 설정 검사를 하지 않아 잘못된 설정이 반영됨.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변경 전 필수 검사와 되돌리기 점검을 추가할 것.</w:t>
      </w:r>
    </w:p>
    <w:p>
      <w:r>
        <w:t>작성 원칙: 개인을 탓하지 않고 원인·영향·조치·후속 과제를 기록함. 원인 불명확 시 확정하지 않음.</w:t>
      </w:r>
    </w:p>
    <w:p>
      <w:r>
        <w:br w:type="page"/>
      </w:r>
    </w:p>
    <w:p>
      <w:pPr>
        <w:pStyle w:val="Heading1"/>
      </w:pPr>
      <w:r>
        <w:t>JJ-026 · 로그인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2025-11-19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JJ-026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로그인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검토 중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25분.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조사 중. 원인을 확정할 증거가 아직 없음.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관련 기록을 보완하고 운영팀장이 원인을 재검토할 것.</w:t>
      </w:r>
    </w:p>
    <w:p>
      <w:r>
        <w:t>작성 원칙: 개인을 탓하지 않고 원인·영향·조치·후속 과제를 기록함. 원인 불명확 시 확정하지 않음.</w:t>
      </w:r>
    </w:p>
    <w:p>
      <w:r>
        <w:br w:type="page"/>
      </w:r>
    </w:p>
    <w:p>
      <w:pPr>
        <w:pStyle w:val="Heading1"/>
      </w:pPr>
      <w:r>
        <w:t>JJ-027 · 작품열람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2025-12-05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JJ-027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작품열람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시행 완료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20분.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경보 확인 담당이 지정되지 않아 발견이 늦어졌고 장애가 지속됨. 시작 원인은 별도 확인이 필요함.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경보 수신과 담당 지정 상태를 매월 점검할 것.</w:t>
      </w:r>
    </w:p>
    <w:p>
      <w:r>
        <w:t>작성 원칙: 개인을 탓하지 않고 원인·영향·조치·후속 과제를 기록함. 원인 불명확 시 확정하지 않음.</w:t>
      </w:r>
    </w:p>
    <w:p>
      <w:r>
        <w:br w:type="page"/>
      </w:r>
    </w:p>
    <w:p>
      <w:pPr>
        <w:pStyle w:val="Heading1"/>
      </w:pPr>
      <w:r>
        <w:t>JJ-028 · 웹툰 보기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2025-12-19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JJ-028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웹툰 보기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미착수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40분.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배포 전에 필수 설정 검사를 하지 않아 잘못된 설정이 반영됨.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변경 전 필수 검사와 되돌리기 점검을 추가할 것.</w:t>
      </w:r>
    </w:p>
    <w:p>
      <w:r>
        <w:t>작성 원칙: 개인을 탓하지 않고 원인·영향·조치·후속 과제를 기록함. 원인 불명확 시 확정하지 않음.</w:t>
      </w:r>
    </w:p>
    <w:p>
      <w:r>
        <w:br w:type="page"/>
      </w:r>
    </w:p>
    <w:p>
      <w:pPr>
        <w:pStyle w:val="Heading1"/>
      </w:pPr>
      <w:r>
        <w:t>JJ-029 · 로그인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2026-01-05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JJ-029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로그인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검토 중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40분.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변경 전 검증 항목에 접근 권한 검사가 빠져 잘못된 권한이 반영됨.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변경 전 필수 검사와 되돌리기 점검을 추가할 것.</w:t>
      </w:r>
    </w:p>
    <w:p>
      <w:r>
        <w:t>작성 원칙: 개인을 탓하지 않고 원인·영향·조치·후속 과제를 기록함. 원인 불명확 시 확정하지 않음.</w:t>
      </w:r>
    </w:p>
    <w:p>
      <w:r>
        <w:br w:type="page"/>
      </w:r>
    </w:p>
    <w:p>
      <w:pPr>
        <w:pStyle w:val="Heading1"/>
      </w:pPr>
      <w:r>
        <w:t>JJ-030 · 작품열람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2026-01-19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JJ-030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작품열람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시행 완료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30분.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연결 유지 설정이 맞지 않아 정상 저장소와 연결이 반복 종료됨.</w:t>
      </w:r>
    </w:p>
    <w:p>
      <w:pPr>
        <w:pStyle w:val="Heading2"/>
      </w:pPr>
      <w:r>
        <w:t>관련 기술 언급</w:t>
      </w:r>
    </w:p>
    <w:p>
      <w:r>
        <w:t>자료보관소는 정상 응답함. 서비스 쪽 연결 설정이 직접 원인이었음.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서비스별 연결 수와 대기 제한을 검토할 것.</w:t>
      </w:r>
    </w:p>
    <w:p>
      <w:r>
        <w:t>작성 원칙: 개인을 탓하지 않고 원인·영향·조치·후속 과제를 기록함. 원인 불명확 시 확정하지 않음.</w:t>
      </w:r>
    </w:p>
    <w:sectPr w:rsidR="00FC693F" w:rsidRPr="0006063C" w:rsidSect="00034616">
      <w:footerReference w:type="default" r:id="rId9"/>
      <w:pgSz w:w="12240" w:h="15840"/>
      <w:pgMar w:top="936" w:right="1800" w:bottom="8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