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문의별 표준 답변 · 결과 예시</w:t>
      </w:r>
    </w:p>
    <w:p>
      <w:r>
        <w:t>교육 영상 시연용 가상 자료</w:t>
        <w:br/>
        <w:t>JJ디지털 · 통신 서비스·웹툰 플랫폼 · 직원 900명(가상)</w:t>
        <w:br/>
        <w:t>현행 2026-11-01 · 상담 문안 초안 · 담당자 승인 전 사용 금지</w:t>
      </w:r>
    </w:p>
    <w:p>
      <w:r>
        <w:t>미승인 교육용 예시입니다. 실제 고객에게 보내지 않습니다. 고객 답변과 내부 확인은 구분하며 내부 메모를 그대로 전송하지 않습니다.</w:t>
      </w:r>
    </w:p>
    <w:p>
      <w:pPr>
        <w:pStyle w:val="Heading1"/>
      </w:pPr>
      <w:r>
        <w:t>Q01 · 데이터 소진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/>
        </w:trP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고객 문의</w:t>
            </w:r>
          </w:p>
        </w:tc>
        <w:tc>
          <w:tcPr>
            <w:tcW w:type="dxa" w:w="4320"/>
          </w:tcPr>
          <w:p>
            <w:r>
              <w:t>라이트 10GB를 다 쓰면 추가 요금이 붙나요?</w:t>
            </w:r>
          </w:p>
        </w:tc>
      </w:tr>
      <w:tr>
        <w:tc>
          <w:tcPr>
            <w:tcW w:type="dxa" w:w="4320"/>
          </w:tcPr>
          <w:p>
            <w:r>
              <w:t>확인된 상황</w:t>
            </w:r>
          </w:p>
        </w:tc>
        <w:tc>
          <w:tcPr>
            <w:tcW w:type="dxa" w:w="4320"/>
          </w:tcPr>
          <w:p>
            <w:r>
              <w:t>JJ링크 라이트 이용 중. 이번 달 데이터 10GB 소진.</w:t>
            </w:r>
          </w:p>
        </w:tc>
      </w:tr>
      <w:tr>
        <w:tc>
          <w:tcPr>
            <w:tcW w:type="dxa" w:w="4320"/>
          </w:tcPr>
          <w:p>
            <w:r>
              <w:t>고객에게 말할 답변</w:t>
            </w:r>
          </w:p>
        </w:tc>
        <w:tc>
          <w:tcPr>
            <w:tcW w:type="dxa" w:w="4320"/>
          </w:tcPr>
          <w:p>
            <w:r>
              <w:t>JJ링크 라이트는 월 10GB를 모두 사용해도 데이터 초과 요금 없이 최대 1Mbps로 계속 이용할 수 있습니다. 다만 이용 속도가 줄어듭니다.</w:t>
            </w:r>
          </w:p>
        </w:tc>
      </w:tr>
      <w:tr>
        <w:tc>
          <w:tcPr>
            <w:tcW w:type="dxa" w:w="4320"/>
          </w:tcPr>
          <w:p>
            <w:r>
              <w:t>꼭 안내할 조건</w:t>
            </w:r>
          </w:p>
        </w:tc>
        <w:tc>
          <w:tcPr>
            <w:tcW w:type="dxa" w:w="4320"/>
          </w:tcPr>
          <w:p>
            <w:r>
              <w:t>요금제명 JJ링크 라이트 / 월 10GB / 소진 후 최대 1Mbps / 데이터 초과 요금 없음</w:t>
            </w:r>
          </w:p>
        </w:tc>
      </w:tr>
      <w:tr>
        <w:tc>
          <w:tcPr>
            <w:tcW w:type="dxa" w:w="4320"/>
          </w:tcPr>
          <w:p>
            <w:r>
              <w:t>근거 위치</w:t>
            </w:r>
          </w:p>
        </w:tc>
        <w:tc>
          <w:tcPr>
            <w:tcW w:type="dxa" w:w="4320"/>
          </w:tcPr>
          <w:p>
            <w:r>
              <w:t>요금제약관_가상.pdf / C01 · 1쪽</w:t>
            </w:r>
          </w:p>
        </w:tc>
      </w:tr>
      <w:tr>
        <w:tc>
          <w:tcPr>
            <w:tcW w:type="dxa" w:w="4320"/>
          </w:tcPr>
          <w:p>
            <w:r>
              <w:t>내부 확인·연결</w:t>
            </w:r>
          </w:p>
        </w:tc>
        <w:tc>
          <w:tcPr>
            <w:tcW w:type="dxa" w:w="4320"/>
          </w:tcPr>
          <w:p>
            <w:r>
              <w:t>개별 청구 내역 전체를 이 답변만으로 확정하지 않음</w:t>
            </w:r>
          </w:p>
        </w:tc>
      </w:tr>
      <w:tr>
        <w:tc>
          <w:tcPr>
            <w:tcW w:type="dxa" w:w="4320"/>
          </w:tcPr>
          <w:p>
            <w:r>
              <w:t>처리 구분</w:t>
            </w:r>
          </w:p>
        </w:tc>
        <w:tc>
          <w:tcPr>
            <w:tcW w:type="dxa" w:w="4320"/>
          </w:tcPr>
          <w:p>
            <w:r>
              <w:t>일반 조건 안내</w:t>
            </w:r>
          </w:p>
        </w:tc>
      </w:tr>
      <w:tr>
        <w:tc>
          <w:tcPr>
            <w:tcW w:type="dxa" w:w="4320"/>
          </w:tcPr>
          <w:p>
            <w:r>
              <w:t>승인 상태</w:t>
            </w:r>
          </w:p>
        </w:tc>
        <w:tc>
          <w:tcPr>
            <w:tcW w:type="dxa" w:w="4320"/>
          </w:tcPr>
          <w:p>
            <w:r>
              <w:t>미승인 · 검토자 미정 · 검토일 미정</w:t>
            </w:r>
          </w:p>
        </w:tc>
      </w:tr>
    </w:tbl>
    <w:p>
      <w:r>
        <w:br w:type="page"/>
      </w:r>
    </w:p>
    <w:p>
      <w:pPr>
        <w:pStyle w:val="Heading1"/>
      </w:pPr>
      <w:r>
        <w:t>Q02 · 결합 신청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/>
        </w:trP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고객 문의</w:t>
            </w:r>
          </w:p>
        </w:tc>
        <w:tc>
          <w:tcPr>
            <w:tcW w:type="dxa" w:w="4320"/>
          </w:tcPr>
          <w:p>
            <w:r>
              <w:t>플러스와 같은 명의 인터넷이 있어요. 오늘 신청하면 바로 할인되나요?</w:t>
            </w:r>
          </w:p>
        </w:tc>
      </w:tr>
      <w:tr>
        <w:tc>
          <w:tcPr>
            <w:tcW w:type="dxa" w:w="4320"/>
          </w:tcPr>
          <w:p>
            <w:r>
              <w:t>확인된 상황</w:t>
            </w:r>
          </w:p>
        </w:tc>
        <w:tc>
          <w:tcPr>
            <w:tcW w:type="dxa" w:w="4320"/>
          </w:tcPr>
          <w:p>
            <w:r>
              <w:t>JJ링크 플러스·JJ홈인터넷 같은 명의로 이용 중. 결합 신청일 2026-11-06.</w:t>
            </w:r>
          </w:p>
        </w:tc>
      </w:tr>
      <w:tr>
        <w:tc>
          <w:tcPr>
            <w:tcW w:type="dxa" w:w="4320"/>
          </w:tcPr>
          <w:p>
            <w:r>
              <w:t>고객에게 말할 답변</w:t>
            </w:r>
          </w:p>
        </w:tc>
        <w:tc>
          <w:tcPr>
            <w:tcW w:type="dxa" w:w="4320"/>
          </w:tcPr>
          <w:p>
            <w:r>
              <w:t>같은 명의의 JJ링크 플러스와 JJ홈인터넷을 이용 중이면 JJ홈결합을 신청할 수 있습니다. 11월 6일 신청 시 12월 1일부터 휴대폰 1회선의 월 기본료에서 5,500원이 할인됩니다. 25% 약정선택 할인과 동시에 적용되지 않으므로 현재 할인 여부를 먼저 확인하겠습니다.</w:t>
            </w:r>
          </w:p>
        </w:tc>
      </w:tr>
      <w:tr>
        <w:tc>
          <w:tcPr>
            <w:tcW w:type="dxa" w:w="4320"/>
          </w:tcPr>
          <w:p>
            <w:r>
              <w:t>꼭 안내할 조건</w:t>
            </w:r>
          </w:p>
        </w:tc>
        <w:tc>
          <w:tcPr>
            <w:tcW w:type="dxa" w:w="4320"/>
          </w:tcPr>
          <w:p>
            <w:r>
              <w:t>같은 명의 / 두 서비스 이용 중 / 12월 1일 시작 / 휴대폰 1회선 / 5,500원 / 25% 할인과 중복 불가</w:t>
            </w:r>
          </w:p>
        </w:tc>
      </w:tr>
      <w:tr>
        <w:tc>
          <w:tcPr>
            <w:tcW w:type="dxa" w:w="4320"/>
          </w:tcPr>
          <w:p>
            <w:r>
              <w:t>근거 위치</w:t>
            </w:r>
          </w:p>
        </w:tc>
        <w:tc>
          <w:tcPr>
            <w:tcW w:type="dxa" w:w="4320"/>
          </w:tcPr>
          <w:p>
            <w:r>
              <w:t>요금제약관_가상.pdf / C02 · 1쪽, C05·C06 · 2쪽</w:t>
            </w:r>
          </w:p>
        </w:tc>
      </w:tr>
      <w:tr>
        <w:tc>
          <w:tcPr>
            <w:tcW w:type="dxa" w:w="4320"/>
          </w:tcPr>
          <w:p>
            <w:r>
              <w:t>내부 확인·연결</w:t>
            </w:r>
          </w:p>
        </w:tc>
        <w:tc>
          <w:tcPr>
            <w:tcW w:type="dxa" w:w="4320"/>
          </w:tcPr>
          <w:p>
            <w:r>
              <w:t>현재 약정선택 할인 대상·적용 여부 확인 전 할인 확정 금지</w:t>
            </w:r>
          </w:p>
        </w:tc>
      </w:tr>
      <w:tr>
        <w:tc>
          <w:tcPr>
            <w:tcW w:type="dxa" w:w="4320"/>
          </w:tcPr>
          <w:p>
            <w:r>
              <w:t>처리 구분</w:t>
            </w:r>
          </w:p>
        </w:tc>
        <w:tc>
          <w:tcPr>
            <w:tcW w:type="dxa" w:w="4320"/>
          </w:tcPr>
          <w:p>
            <w:r>
              <w:t>추가 확인 후 안내</w:t>
            </w:r>
          </w:p>
        </w:tc>
      </w:tr>
      <w:tr>
        <w:tc>
          <w:tcPr>
            <w:tcW w:type="dxa" w:w="4320"/>
          </w:tcPr>
          <w:p>
            <w:r>
              <w:t>승인 상태</w:t>
            </w:r>
          </w:p>
        </w:tc>
        <w:tc>
          <w:tcPr>
            <w:tcW w:type="dxa" w:w="4320"/>
          </w:tcPr>
          <w:p>
            <w:r>
              <w:t>미승인 · 검토자 미정 · 검토일 미정</w:t>
            </w:r>
          </w:p>
        </w:tc>
      </w:tr>
    </w:tbl>
    <w:p>
      <w:r>
        <w:br w:type="page"/>
      </w:r>
    </w:p>
    <w:p>
      <w:pPr>
        <w:pStyle w:val="Heading1"/>
      </w:pPr>
      <w:r>
        <w:t>Q03 · 할인 비교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/>
        </w:trP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고객 문의</w:t>
            </w:r>
          </w:p>
        </w:tc>
        <w:tc>
          <w:tcPr>
            <w:tcW w:type="dxa" w:w="4320"/>
          </w:tcPr>
          <w:p>
            <w:r>
              <w:t>플러스는 결합과 25% 약정선택 할인 중 무엇이 더 싼가요?</w:t>
            </w:r>
          </w:p>
        </w:tc>
      </w:tr>
      <w:tr>
        <w:tc>
          <w:tcPr>
            <w:tcW w:type="dxa" w:w="4320"/>
          </w:tcPr>
          <w:p>
            <w:r>
              <w:t>확인된 상황</w:t>
            </w:r>
          </w:p>
        </w:tc>
        <w:tc>
          <w:tcPr>
            <w:tcW w:type="dxa" w:w="4320"/>
          </w:tcPr>
          <w:p>
            <w:r>
              <w:t>JJ링크 플러스. 약정선택 할인 대상 여부는 미확인. 휴대폰 월 기본료만 비교 요청.</w:t>
            </w:r>
          </w:p>
        </w:tc>
      </w:tr>
      <w:tr>
        <w:tc>
          <w:tcPr>
            <w:tcW w:type="dxa" w:w="4320"/>
          </w:tcPr>
          <w:p>
            <w:r>
              <w:t>고객에게 말할 답변</w:t>
            </w:r>
          </w:p>
        </w:tc>
        <w:tc>
          <w:tcPr>
            <w:tcW w:type="dxa" w:w="4320"/>
          </w:tcPr>
          <w:p>
            <w:r>
              <w:t>휴대폰 월 기본료 55,000원만 비교하면 JJ홈결합은 49,500원, 25% 약정선택 할인은 41,250원으로 월 8,250원 차이입니다. 두 할인은 동시에 적용되지 않습니다. 같은 명의 결합 요건과 약정선택 할인 대상 여부를 확인한 뒤 선택을 안내하겠습니다. 인터넷 요금과 개인별 청구 항목은 포함하지 않은 비교입니다.</w:t>
            </w:r>
          </w:p>
        </w:tc>
      </w:tr>
      <w:tr>
        <w:tc>
          <w:tcPr>
            <w:tcW w:type="dxa" w:w="4320"/>
          </w:tcPr>
          <w:p>
            <w:r>
              <w:t>꼭 안내할 조건</w:t>
            </w:r>
          </w:p>
        </w:tc>
        <w:tc>
          <w:tcPr>
            <w:tcW w:type="dxa" w:w="4320"/>
          </w:tcPr>
          <w:p>
            <w:r>
              <w:t>55,000원 기준 / 결합 49,500원 / 약정선택 41,250원 / 차이 8,250원 / 중복 불가 / 대상 확인 / 휴대폰 기본료만</w:t>
            </w:r>
          </w:p>
        </w:tc>
      </w:tr>
      <w:tr>
        <w:tc>
          <w:tcPr>
            <w:tcW w:type="dxa" w:w="4320"/>
          </w:tcPr>
          <w:p>
            <w:r>
              <w:t>근거 위치</w:t>
            </w:r>
          </w:p>
        </w:tc>
        <w:tc>
          <w:tcPr>
            <w:tcW w:type="dxa" w:w="4320"/>
          </w:tcPr>
          <w:p>
            <w:r>
              <w:t>요금제약관_가상.pdf / C02 · 1쪽, C05·C06 · 2쪽</w:t>
            </w:r>
          </w:p>
        </w:tc>
      </w:tr>
      <w:tr>
        <w:tc>
          <w:tcPr>
            <w:tcW w:type="dxa" w:w="4320"/>
          </w:tcPr>
          <w:p>
            <w:r>
              <w:t>내부 확인·연결</w:t>
            </w:r>
          </w:p>
        </w:tc>
        <w:tc>
          <w:tcPr>
            <w:tcW w:type="dxa" w:w="4320"/>
          </w:tcPr>
          <w:p>
            <w:r>
              <w:t>조건 충족 여부 확인 전 더 저렴한 할인 가입 가능을 보장하지 않음</w:t>
            </w:r>
          </w:p>
        </w:tc>
      </w:tr>
      <w:tr>
        <w:tc>
          <w:tcPr>
            <w:tcW w:type="dxa" w:w="4320"/>
          </w:tcPr>
          <w:p>
            <w:r>
              <w:t>처리 구분</w:t>
            </w:r>
          </w:p>
        </w:tc>
        <w:tc>
          <w:tcPr>
            <w:tcW w:type="dxa" w:w="4320"/>
          </w:tcPr>
          <w:p>
            <w:r>
              <w:t>추가 확인 후 안내</w:t>
            </w:r>
          </w:p>
        </w:tc>
      </w:tr>
      <w:tr>
        <w:tc>
          <w:tcPr>
            <w:tcW w:type="dxa" w:w="4320"/>
          </w:tcPr>
          <w:p>
            <w:r>
              <w:t>승인 상태</w:t>
            </w:r>
          </w:p>
        </w:tc>
        <w:tc>
          <w:tcPr>
            <w:tcW w:type="dxa" w:w="4320"/>
          </w:tcPr>
          <w:p>
            <w:r>
              <w:t>미승인 · 검토자 미정 · 검토일 미정</w:t>
            </w:r>
          </w:p>
        </w:tc>
      </w:tr>
    </w:tbl>
    <w:p>
      <w:r>
        <w:br w:type="page"/>
      </w:r>
    </w:p>
    <w:p>
      <w:pPr>
        <w:pStyle w:val="Heading1"/>
      </w:pPr>
      <w:r>
        <w:t>Q04 · 요금제 변경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/>
        </w:trP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고객 문의</w:t>
            </w:r>
          </w:p>
        </w:tc>
        <w:tc>
          <w:tcPr>
            <w:tcW w:type="dxa" w:w="4320"/>
          </w:tcPr>
          <w:p>
            <w:r>
              <w:t>11월 6일에 라이트에서 플러스로 바꾸면 오늘부터 50GB인가요?</w:t>
            </w:r>
          </w:p>
        </w:tc>
      </w:tr>
      <w:tr>
        <w:tc>
          <w:tcPr>
            <w:tcW w:type="dxa" w:w="4320"/>
          </w:tcPr>
          <w:p>
            <w:r>
              <w:t>확인된 상황</w:t>
            </w:r>
          </w:p>
        </w:tc>
        <w:tc>
          <w:tcPr>
            <w:tcW w:type="dxa" w:w="4320"/>
          </w:tcPr>
          <w:p>
            <w:r>
              <w:t>JJ링크 라이트 이용 중. 요금제 변경 신청일 2026-11-06.</w:t>
            </w:r>
          </w:p>
        </w:tc>
      </w:tr>
      <w:tr>
        <w:tc>
          <w:tcPr>
            <w:tcW w:type="dxa" w:w="4320"/>
          </w:tcPr>
          <w:p>
            <w:r>
              <w:t>고객에게 말할 답변</w:t>
            </w:r>
          </w:p>
        </w:tc>
        <w:tc>
          <w:tcPr>
            <w:tcW w:type="dxa" w:w="4320"/>
          </w:tcPr>
          <w:p>
            <w:r>
              <w:t>11월 6일 변경 신청 시 JJ링크 플러스는 12월 1일부터 적용됩니다. 이번 달에는 JJ링크 라이트의 월 10GB가 유지됩니다. 플러스 적용 후 월 데이터는 50GB입니다. 개인별 청구금액은 가입 내역을 확인해 안내하겠습니다.</w:t>
            </w:r>
          </w:p>
        </w:tc>
      </w:tr>
      <w:tr>
        <w:tc>
          <w:tcPr>
            <w:tcW w:type="dxa" w:w="4320"/>
          </w:tcPr>
          <w:p>
            <w:r>
              <w:t>꼭 안내할 조건</w:t>
            </w:r>
          </w:p>
        </w:tc>
        <w:tc>
          <w:tcPr>
            <w:tcW w:type="dxa" w:w="4320"/>
          </w:tcPr>
          <w:p>
            <w:r>
              <w:t>11월 6일 신청 / 12월 1일 적용 / 이번 달 라이트 10GB / 적용 후 플러스 50GB</w:t>
            </w:r>
          </w:p>
        </w:tc>
      </w:tr>
      <w:tr>
        <w:tc>
          <w:tcPr>
            <w:tcW w:type="dxa" w:w="4320"/>
          </w:tcPr>
          <w:p>
            <w:r>
              <w:t>근거 위치</w:t>
            </w:r>
          </w:p>
        </w:tc>
        <w:tc>
          <w:tcPr>
            <w:tcW w:type="dxa" w:w="4320"/>
          </w:tcPr>
          <w:p>
            <w:r>
              <w:t>요금제약관_가상.pdf / C01·C02·C03 · 1쪽</w:t>
            </w:r>
          </w:p>
        </w:tc>
      </w:tr>
      <w:tr>
        <w:tc>
          <w:tcPr>
            <w:tcW w:type="dxa" w:w="4320"/>
          </w:tcPr>
          <w:p>
            <w:r>
              <w:t>내부 확인·연결</w:t>
            </w:r>
          </w:p>
        </w:tc>
        <w:tc>
          <w:tcPr>
            <w:tcW w:type="dxa" w:w="4320"/>
          </w:tcPr>
          <w:p>
            <w:r>
              <w:t>이번 달 즉시 제공량 증가 또는 개인별 청구액 단정 금지</w:t>
            </w:r>
          </w:p>
        </w:tc>
      </w:tr>
      <w:tr>
        <w:tc>
          <w:tcPr>
            <w:tcW w:type="dxa" w:w="4320"/>
          </w:tcPr>
          <w:p>
            <w:r>
              <w:t>처리 구분</w:t>
            </w:r>
          </w:p>
        </w:tc>
        <w:tc>
          <w:tcPr>
            <w:tcW w:type="dxa" w:w="4320"/>
          </w:tcPr>
          <w:p>
            <w:r>
              <w:t>일반 조건 안내</w:t>
            </w:r>
          </w:p>
        </w:tc>
      </w:tr>
      <w:tr>
        <w:tc>
          <w:tcPr>
            <w:tcW w:type="dxa" w:w="4320"/>
          </w:tcPr>
          <w:p>
            <w:r>
              <w:t>승인 상태</w:t>
            </w:r>
          </w:p>
        </w:tc>
        <w:tc>
          <w:tcPr>
            <w:tcW w:type="dxa" w:w="4320"/>
          </w:tcPr>
          <w:p>
            <w:r>
              <w:t>미승인 · 검토자 미정 · 검토일 미정</w:t>
            </w:r>
          </w:p>
        </w:tc>
      </w:tr>
    </w:tbl>
    <w:p>
      <w:r>
        <w:br w:type="page"/>
      </w:r>
    </w:p>
    <w:p>
      <w:pPr>
        <w:pStyle w:val="Heading1"/>
      </w:pPr>
      <w:r>
        <w:t>Q05 · 구독 해지·환불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/>
        </w:trP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고객 문의</w:t>
            </w:r>
          </w:p>
        </w:tc>
        <w:tc>
          <w:tcPr>
            <w:tcW w:type="dxa" w:w="4320"/>
          </w:tcPr>
          <w:p>
            <w:r>
              <w:t>툰패스를 오늘 해지하면 바로 못 보나요? 9,900원도 전부 돌려받나요?</w:t>
            </w:r>
          </w:p>
        </w:tc>
      </w:tr>
      <w:tr>
        <w:tc>
          <w:tcPr>
            <w:tcW w:type="dxa" w:w="4320"/>
          </w:tcPr>
          <w:p>
            <w:r>
              <w:t>확인된 상황</w:t>
            </w:r>
          </w:p>
        </w:tc>
        <w:tc>
          <w:tcPr>
            <w:tcW w:type="dxa" w:w="4320"/>
          </w:tcPr>
          <w:p>
            <w:r>
              <w:t>JJ툰패스 이용 중. 결제일·이용 종료일·콘텐츠 이용 여부는 미확인.</w:t>
            </w:r>
          </w:p>
        </w:tc>
      </w:tr>
      <w:tr>
        <w:tc>
          <w:tcPr>
            <w:tcW w:type="dxa" w:w="4320"/>
          </w:tcPr>
          <w:p>
            <w:r>
              <w:t>고객에게 말할 답변</w:t>
            </w:r>
          </w:p>
        </w:tc>
        <w:tc>
          <w:tcPr>
            <w:tcW w:type="dxa" w:w="4320"/>
          </w:tcPr>
          <w:p>
            <w:r>
              <w:t>JJ툰패스는 해지 신청 시 다음 결제일부터 자동 갱신이 중단되고 이미 결제한 이용기간 종료일까지 이용할 수 있습니다. 결제일과 이용 종료일을 먼저 확인하겠습니다. 월 이용료는 9,900원이지만 환불 가능 여부·환불액·처리 기간은 별도 확인이 필요합니다. 콘텐츠 결제 담당자에게 연결해 드리겠습니다.</w:t>
            </w:r>
          </w:p>
        </w:tc>
      </w:tr>
      <w:tr>
        <w:tc>
          <w:tcPr>
            <w:tcW w:type="dxa" w:w="4320"/>
          </w:tcPr>
          <w:p>
            <w:r>
              <w:t>꼭 안내할 조건</w:t>
            </w:r>
          </w:p>
        </w:tc>
        <w:tc>
          <w:tcPr>
            <w:tcW w:type="dxa" w:w="4320"/>
          </w:tcPr>
          <w:p>
            <w:r>
              <w:t>다음 결제일부터 갱신 중단 / 이미 결제한 기간까지 이용 / 결제일·이용 종료일 확인 / 환불 별도 확인</w:t>
            </w:r>
          </w:p>
        </w:tc>
      </w:tr>
      <w:tr>
        <w:tc>
          <w:tcPr>
            <w:tcW w:type="dxa" w:w="4320"/>
          </w:tcPr>
          <w:p>
            <w:r>
              <w:t>근거 위치</w:t>
            </w:r>
          </w:p>
        </w:tc>
        <w:tc>
          <w:tcPr>
            <w:tcW w:type="dxa" w:w="4320"/>
          </w:tcPr>
          <w:p>
            <w:r>
              <w:t>요금제약관_가상.pdf / C08·C09 · 3쪽</w:t>
            </w:r>
          </w:p>
        </w:tc>
      </w:tr>
      <w:tr>
        <w:tc>
          <w:tcPr>
            <w:tcW w:type="dxa" w:w="4320"/>
          </w:tcPr>
          <w:p>
            <w:r>
              <w:t>내부 확인·연결</w:t>
            </w:r>
          </w:p>
        </w:tc>
        <w:tc>
          <w:tcPr>
            <w:tcW w:type="dxa" w:w="4320"/>
          </w:tcPr>
          <w:p>
            <w:r>
              <w:t>콘텐츠 결제 담당자: 이용 여부·결제 내역·결제 수단별 기준 확인. 환불액·기간은 (확인 필요)</w:t>
            </w:r>
          </w:p>
        </w:tc>
      </w:tr>
      <w:tr>
        <w:tc>
          <w:tcPr>
            <w:tcW w:type="dxa" w:w="4320"/>
          </w:tcPr>
          <w:p>
            <w:r>
              <w:t>처리 구분</w:t>
            </w:r>
          </w:p>
        </w:tc>
        <w:tc>
          <w:tcPr>
            <w:tcW w:type="dxa" w:w="4320"/>
          </w:tcPr>
          <w:p>
            <w:r>
              <w:t>담당자 연결</w:t>
            </w:r>
          </w:p>
        </w:tc>
      </w:tr>
      <w:tr>
        <w:tc>
          <w:tcPr>
            <w:tcW w:type="dxa" w:w="4320"/>
          </w:tcPr>
          <w:p>
            <w:r>
              <w:t>승인 상태</w:t>
            </w:r>
          </w:p>
        </w:tc>
        <w:tc>
          <w:tcPr>
            <w:tcW w:type="dxa" w:w="4320"/>
          </w:tcPr>
          <w:p>
            <w:r>
              <w:t>미승인 · 검토자 미정 · 검토일 미정</w:t>
            </w:r>
          </w:p>
        </w:tc>
      </w:tr>
    </w:tbl>
    <w:p>
      <w:r>
        <w:br w:type="page"/>
      </w:r>
    </w:p>
    <w:p>
      <w:pPr>
        <w:pStyle w:val="Heading1"/>
      </w:pPr>
      <w:r>
        <w:t>Q06 · 인터넷 해지·위약금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/>
        </w:trP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고객 문의</w:t>
            </w:r>
          </w:p>
        </w:tc>
        <w:tc>
          <w:tcPr>
            <w:tcW w:type="dxa" w:w="4320"/>
          </w:tcPr>
          <w:p>
            <w:r>
              <w:t>인터넷을 오늘 해지하면 결합 할인과 휴대폰 위약금은 어떻게 되나요?</w:t>
            </w:r>
          </w:p>
        </w:tc>
      </w:tr>
      <w:tr>
        <w:tc>
          <w:tcPr>
            <w:tcW w:type="dxa" w:w="4320"/>
          </w:tcPr>
          <w:p>
            <w:r>
              <w:t>확인된 상황</w:t>
            </w:r>
          </w:p>
        </w:tc>
        <w:tc>
          <w:tcPr>
            <w:tcW w:type="dxa" w:w="4320"/>
          </w:tcPr>
          <w:p>
            <w:r>
              <w:t>JJ홈결합 이용 중. JJ홈인터넷 해지일 2026-11-06. 휴대폰 약정 내역 미확인.</w:t>
            </w:r>
          </w:p>
        </w:tc>
      </w:tr>
      <w:tr>
        <w:tc>
          <w:tcPr>
            <w:tcW w:type="dxa" w:w="4320"/>
          </w:tcPr>
          <w:p>
            <w:r>
              <w:t>고객에게 말할 답변</w:t>
            </w:r>
          </w:p>
        </w:tc>
        <w:tc>
          <w:tcPr>
            <w:tcW w:type="dxa" w:w="4320"/>
          </w:tcPr>
          <w:p>
            <w:r>
              <w:t>11월 6일 JJ홈인터넷 해지로 결합 요건이 사라지면 12월 1일부터 결합 할인이 종료됩니다. 휴대폰 위약금과 마지막 청구액은 약정·가입 내역을 확인해야 하므로 현재 자료만으로 확정할 수 없습니다. 계약 담당자에게 연결해 확인하겠습니다.</w:t>
            </w:r>
          </w:p>
        </w:tc>
      </w:tr>
      <w:tr>
        <w:tc>
          <w:tcPr>
            <w:tcW w:type="dxa" w:w="4320"/>
          </w:tcPr>
          <w:p>
            <w:r>
              <w:t>꼭 안내할 조건</w:t>
            </w:r>
          </w:p>
        </w:tc>
        <w:tc>
          <w:tcPr>
            <w:tcW w:type="dxa" w:w="4320"/>
          </w:tcPr>
          <w:p>
            <w:r>
              <w:t>11월 6일 요건 상실 / 12월 1일 결합 할인 종료 / 휴대폰 위약금 별도 확인 / 마지막 청구액 별도 확인</w:t>
            </w:r>
          </w:p>
        </w:tc>
      </w:tr>
      <w:tr>
        <w:tc>
          <w:tcPr>
            <w:tcW w:type="dxa" w:w="4320"/>
          </w:tcPr>
          <w:p>
            <w:r>
              <w:t>근거 위치</w:t>
            </w:r>
          </w:p>
        </w:tc>
        <w:tc>
          <w:tcPr>
            <w:tcW w:type="dxa" w:w="4320"/>
          </w:tcPr>
          <w:p>
            <w:r>
              <w:t>요금제약관_가상.pdf / C04 · 1쪽, C07 · 2쪽</w:t>
            </w:r>
          </w:p>
        </w:tc>
      </w:tr>
      <w:tr>
        <w:tc>
          <w:tcPr>
            <w:tcW w:type="dxa" w:w="4320"/>
          </w:tcPr>
          <w:p>
            <w:r>
              <w:t>내부 확인·연결</w:t>
            </w:r>
          </w:p>
        </w:tc>
        <w:tc>
          <w:tcPr>
            <w:tcW w:type="dxa" w:w="4320"/>
          </w:tcPr>
          <w:p>
            <w:r>
              <w:t>계약 담당자: 약정·가입 내역 확인. 위약금·마지막 청구액은 (확인 필요)</w:t>
            </w:r>
          </w:p>
        </w:tc>
      </w:tr>
      <w:tr>
        <w:tc>
          <w:tcPr>
            <w:tcW w:type="dxa" w:w="4320"/>
          </w:tcPr>
          <w:p>
            <w:r>
              <w:t>처리 구분</w:t>
            </w:r>
          </w:p>
        </w:tc>
        <w:tc>
          <w:tcPr>
            <w:tcW w:type="dxa" w:w="4320"/>
          </w:tcPr>
          <w:p>
            <w:r>
              <w:t>담당자 연결</w:t>
            </w:r>
          </w:p>
        </w:tc>
      </w:tr>
      <w:tr>
        <w:tc>
          <w:tcPr>
            <w:tcW w:type="dxa" w:w="4320"/>
          </w:tcPr>
          <w:p>
            <w:r>
              <w:t>승인 상태</w:t>
            </w:r>
          </w:p>
        </w:tc>
        <w:tc>
          <w:tcPr>
            <w:tcW w:type="dxa" w:w="4320"/>
          </w:tcPr>
          <w:p>
            <w:r>
              <w:t>미승인 · 검토자 미정 · 검토일 미정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실제 회사 정책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